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5D99B" w14:textId="77777777" w:rsidR="007A4A23" w:rsidRDefault="00000000">
      <w:pPr>
        <w:jc w:val="center"/>
      </w:pPr>
      <w:r>
        <w:rPr>
          <w:b/>
          <w:sz w:val="30"/>
        </w:rPr>
        <w:t>KLUBY I ORGANIZACJE SPORTOWE WPISANE DO KRS</w:t>
      </w:r>
    </w:p>
    <w:p w14:paraId="2609D91D" w14:textId="77777777" w:rsidR="007A4A23" w:rsidRDefault="00000000">
      <w:pPr>
        <w:jc w:val="center"/>
      </w:pPr>
      <w:proofErr w:type="spellStart"/>
      <w:r>
        <w:rPr>
          <w:i/>
        </w:rPr>
        <w:t>Podmioty</w:t>
      </w:r>
      <w:proofErr w:type="spellEnd"/>
      <w:r>
        <w:rPr>
          <w:i/>
        </w:rPr>
        <w:t xml:space="preserve"> z </w:t>
      </w:r>
      <w:proofErr w:type="spellStart"/>
      <w:r>
        <w:rPr>
          <w:i/>
        </w:rPr>
        <w:t>siedzibą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terenie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Gminy</w:t>
      </w:r>
      <w:proofErr w:type="spellEnd"/>
      <w:r>
        <w:rPr>
          <w:i/>
        </w:rPr>
        <w:t xml:space="preserve"> Osielsko - </w:t>
      </w:r>
      <w:proofErr w:type="spellStart"/>
      <w:r>
        <w:rPr>
          <w:i/>
        </w:rPr>
        <w:t>według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przekazanego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zestawienia</w:t>
      </w:r>
      <w:proofErr w:type="spellEnd"/>
    </w:p>
    <w:tbl>
      <w:tblPr>
        <w:tblStyle w:val="Tabela-Siatka"/>
        <w:tblpPr w:leftFromText="141" w:rightFromText="141" w:horzAnchor="margin" w:tblpXSpec="center" w:tblpY="1125"/>
        <w:tblW w:w="15106" w:type="dxa"/>
        <w:tblLayout w:type="fixed"/>
        <w:tblLook w:val="04A0" w:firstRow="1" w:lastRow="0" w:firstColumn="1" w:lastColumn="0" w:noHBand="0" w:noVBand="1"/>
      </w:tblPr>
      <w:tblGrid>
        <w:gridCol w:w="1356"/>
        <w:gridCol w:w="3260"/>
        <w:gridCol w:w="1418"/>
        <w:gridCol w:w="1276"/>
        <w:gridCol w:w="2268"/>
        <w:gridCol w:w="2976"/>
        <w:gridCol w:w="2552"/>
      </w:tblGrid>
      <w:tr w:rsidR="007A4A23" w:rsidRPr="00927564" w14:paraId="400318D6" w14:textId="77777777" w:rsidTr="00210827">
        <w:trPr>
          <w:trHeight w:val="388"/>
          <w:tblHeader/>
        </w:trPr>
        <w:tc>
          <w:tcPr>
            <w:tcW w:w="1356" w:type="dxa"/>
            <w:shd w:val="clear" w:color="auto" w:fill="92D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DB0427" w14:textId="77777777" w:rsidR="007A4A23" w:rsidRPr="00927564" w:rsidRDefault="00000000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927564">
              <w:rPr>
                <w:rFonts w:asciiTheme="majorHAnsi" w:hAnsiTheme="majorHAnsi" w:cstheme="majorHAnsi"/>
                <w:b/>
                <w:sz w:val="20"/>
                <w:szCs w:val="20"/>
              </w:rPr>
              <w:t>Numer</w:t>
            </w:r>
            <w:proofErr w:type="spellEnd"/>
            <w:r w:rsidRPr="00927564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KRS</w:t>
            </w:r>
          </w:p>
        </w:tc>
        <w:tc>
          <w:tcPr>
            <w:tcW w:w="3260" w:type="dxa"/>
            <w:shd w:val="clear" w:color="auto" w:fill="92D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3B251D" w14:textId="77777777" w:rsidR="007A4A23" w:rsidRPr="00927564" w:rsidRDefault="00000000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b/>
                <w:sz w:val="20"/>
                <w:szCs w:val="20"/>
              </w:rPr>
              <w:t>Nazwa</w:t>
            </w:r>
          </w:p>
        </w:tc>
        <w:tc>
          <w:tcPr>
            <w:tcW w:w="1418" w:type="dxa"/>
            <w:shd w:val="clear" w:color="auto" w:fill="92D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0B6DF4" w14:textId="77777777" w:rsidR="007A4A23" w:rsidRPr="00927564" w:rsidRDefault="00000000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Data </w:t>
            </w:r>
            <w:proofErr w:type="spellStart"/>
            <w:r w:rsidRPr="00927564">
              <w:rPr>
                <w:rFonts w:asciiTheme="majorHAnsi" w:hAnsiTheme="majorHAnsi" w:cstheme="majorHAnsi"/>
                <w:b/>
                <w:sz w:val="20"/>
                <w:szCs w:val="20"/>
              </w:rPr>
              <w:t>wpisu</w:t>
            </w:r>
            <w:proofErr w:type="spellEnd"/>
            <w:r w:rsidRPr="00927564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do KRS</w:t>
            </w:r>
          </w:p>
        </w:tc>
        <w:tc>
          <w:tcPr>
            <w:tcW w:w="1276" w:type="dxa"/>
            <w:shd w:val="clear" w:color="auto" w:fill="92D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85E7C1" w14:textId="77777777" w:rsidR="007A4A23" w:rsidRPr="00927564" w:rsidRDefault="00000000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b/>
                <w:sz w:val="20"/>
                <w:szCs w:val="20"/>
              </w:rPr>
              <w:t>Miejscowość</w:t>
            </w:r>
          </w:p>
        </w:tc>
        <w:tc>
          <w:tcPr>
            <w:tcW w:w="2268" w:type="dxa"/>
            <w:shd w:val="clear" w:color="auto" w:fill="92D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18C735" w14:textId="77777777" w:rsidR="007A4A23" w:rsidRPr="00927564" w:rsidRDefault="00000000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b/>
                <w:sz w:val="20"/>
                <w:szCs w:val="20"/>
              </w:rPr>
              <w:t>Adres</w:t>
            </w:r>
          </w:p>
        </w:tc>
        <w:tc>
          <w:tcPr>
            <w:tcW w:w="2976" w:type="dxa"/>
            <w:shd w:val="clear" w:color="auto" w:fill="92D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9F22E7" w14:textId="77777777" w:rsidR="007A4A23" w:rsidRPr="00927564" w:rsidRDefault="00000000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b/>
                <w:sz w:val="20"/>
                <w:szCs w:val="20"/>
              </w:rPr>
              <w:t>E-mail</w:t>
            </w:r>
          </w:p>
        </w:tc>
        <w:tc>
          <w:tcPr>
            <w:tcW w:w="2552" w:type="dxa"/>
            <w:shd w:val="clear" w:color="auto" w:fill="92D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0AF26C" w14:textId="77777777" w:rsidR="007A4A23" w:rsidRPr="00927564" w:rsidRDefault="00000000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b/>
                <w:sz w:val="20"/>
                <w:szCs w:val="20"/>
              </w:rPr>
              <w:t>Strona / Facebook</w:t>
            </w:r>
          </w:p>
        </w:tc>
      </w:tr>
      <w:tr w:rsidR="007A4A23" w:rsidRPr="00927564" w14:paraId="3D8CC267" w14:textId="77777777" w:rsidTr="00210827">
        <w:trPr>
          <w:trHeight w:val="180"/>
        </w:trPr>
        <w:tc>
          <w:tcPr>
            <w:tcW w:w="13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DCB078" w14:textId="77777777" w:rsidR="007A4A23" w:rsidRPr="00927564" w:rsidRDefault="00000000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0000022154</w:t>
            </w:r>
          </w:p>
        </w:tc>
        <w:tc>
          <w:tcPr>
            <w:tcW w:w="32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6AC68F" w14:textId="77777777" w:rsidR="007A4A23" w:rsidRPr="00927564" w:rsidRDefault="00000000" w:rsidP="003F543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BYDGOSKI KLUB ŻEGLARSKI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50230F" w14:textId="77777777" w:rsidR="007A4A23" w:rsidRPr="00927564" w:rsidRDefault="00000000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23.06.2001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5DB863" w14:textId="77777777" w:rsidR="007A4A23" w:rsidRPr="00927564" w:rsidRDefault="00000000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Osielsko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7781CF" w14:textId="77777777" w:rsidR="007A4A23" w:rsidRPr="00927564" w:rsidRDefault="00000000" w:rsidP="002108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 xml:space="preserve">ul. </w:t>
            </w:r>
            <w:proofErr w:type="spellStart"/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Leśna</w:t>
            </w:r>
            <w:proofErr w:type="spellEnd"/>
            <w:r w:rsidRPr="00927564">
              <w:rPr>
                <w:rFonts w:asciiTheme="majorHAnsi" w:hAnsiTheme="majorHAnsi" w:cstheme="majorHAnsi"/>
                <w:sz w:val="20"/>
                <w:szCs w:val="20"/>
              </w:rPr>
              <w:t xml:space="preserve"> 42, 86-031 Osielsko</w:t>
            </w:r>
          </w:p>
        </w:tc>
        <w:tc>
          <w:tcPr>
            <w:tcW w:w="29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BBC5DA" w14:textId="10505AF7" w:rsidR="007A4A23" w:rsidRPr="00927564" w:rsidRDefault="003F5439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hyperlink r:id="rId6" w:history="1">
              <w:r w:rsidRPr="00927564">
                <w:rPr>
                  <w:rStyle w:val="Hipercze"/>
                  <w:rFonts w:asciiTheme="majorHAnsi" w:hAnsiTheme="majorHAnsi" w:cstheme="majorHAnsi"/>
                  <w:sz w:val="20"/>
                  <w:szCs w:val="20"/>
                </w:rPr>
                <w:t>info@bydgoskiklubzeglarski.pl</w:t>
              </w:r>
            </w:hyperlink>
          </w:p>
        </w:tc>
        <w:tc>
          <w:tcPr>
            <w:tcW w:w="2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03888C" w14:textId="77777777" w:rsidR="007A4A23" w:rsidRPr="00927564" w:rsidRDefault="003F5439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hyperlink r:id="rId7" w:history="1">
              <w:r w:rsidRPr="00927564">
                <w:rPr>
                  <w:rStyle w:val="Hipercze"/>
                  <w:rFonts w:asciiTheme="majorHAnsi" w:hAnsiTheme="majorHAnsi" w:cstheme="majorHAnsi"/>
                  <w:sz w:val="20"/>
                  <w:szCs w:val="20"/>
                </w:rPr>
                <w:t>https://www.facebook.com/bydgoski.klub.zeglarski</w:t>
              </w:r>
            </w:hyperlink>
          </w:p>
          <w:p w14:paraId="5EDABC65" w14:textId="77777777" w:rsidR="003F5439" w:rsidRPr="00927564" w:rsidRDefault="003F5439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9A22C5D" w14:textId="3375F2DF" w:rsidR="003F5439" w:rsidRPr="00927564" w:rsidRDefault="003F5439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hyperlink r:id="rId8" w:history="1">
              <w:r w:rsidRPr="00927564">
                <w:rPr>
                  <w:rStyle w:val="Hipercze"/>
                  <w:rFonts w:asciiTheme="majorHAnsi" w:hAnsiTheme="majorHAnsi" w:cstheme="majorHAnsi"/>
                  <w:sz w:val="20"/>
                  <w:szCs w:val="20"/>
                </w:rPr>
                <w:t>https://bydgoskiklubzeglarski.pl/</w:t>
              </w:r>
            </w:hyperlink>
          </w:p>
        </w:tc>
      </w:tr>
      <w:tr w:rsidR="007A4A23" w:rsidRPr="00927564" w14:paraId="675774BE" w14:textId="77777777" w:rsidTr="00210827">
        <w:trPr>
          <w:trHeight w:val="194"/>
        </w:trPr>
        <w:tc>
          <w:tcPr>
            <w:tcW w:w="13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0AC25B" w14:textId="77777777" w:rsidR="007A4A23" w:rsidRPr="00927564" w:rsidRDefault="00000000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0000085557</w:t>
            </w:r>
          </w:p>
        </w:tc>
        <w:tc>
          <w:tcPr>
            <w:tcW w:w="32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CF0E34" w14:textId="77777777" w:rsidR="007A4A23" w:rsidRPr="00927564" w:rsidRDefault="00000000" w:rsidP="003F543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BYDGOSKIE TOWARZYSTWO SPORTOWE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609F01" w14:textId="77777777" w:rsidR="007A4A23" w:rsidRPr="00927564" w:rsidRDefault="00000000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28.01.2002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C0D974" w14:textId="77777777" w:rsidR="007A4A23" w:rsidRPr="00927564" w:rsidRDefault="00000000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Niemcz</w:t>
            </w:r>
            <w:proofErr w:type="spellEnd"/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632D28" w14:textId="1AE67650" w:rsidR="007A4A23" w:rsidRPr="00927564" w:rsidRDefault="00000000" w:rsidP="002108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 xml:space="preserve">ul. </w:t>
            </w:r>
            <w:proofErr w:type="spellStart"/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Leśnego</w:t>
            </w:r>
            <w:proofErr w:type="spellEnd"/>
            <w:r w:rsidRPr="00927564">
              <w:rPr>
                <w:rFonts w:asciiTheme="majorHAnsi" w:hAnsiTheme="majorHAnsi" w:cstheme="majorHAnsi"/>
                <w:sz w:val="20"/>
                <w:szCs w:val="20"/>
              </w:rPr>
              <w:t xml:space="preserve"> Runa 2, </w:t>
            </w:r>
            <w:r w:rsidR="002108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 xml:space="preserve">86-032 </w:t>
            </w:r>
            <w:proofErr w:type="spellStart"/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Niemcz</w:t>
            </w:r>
            <w:proofErr w:type="spellEnd"/>
          </w:p>
        </w:tc>
        <w:tc>
          <w:tcPr>
            <w:tcW w:w="29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C80E3B" w14:textId="2CF966CA" w:rsidR="007A4A23" w:rsidRPr="00927564" w:rsidRDefault="003F5439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D6B7D7" w14:textId="7FB5BA2C" w:rsidR="007A4A23" w:rsidRPr="00927564" w:rsidRDefault="003F5439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</w:tr>
      <w:tr w:rsidR="007A4A23" w:rsidRPr="00927564" w14:paraId="5BF2A7EB" w14:textId="77777777" w:rsidTr="00210827">
        <w:trPr>
          <w:trHeight w:val="180"/>
        </w:trPr>
        <w:tc>
          <w:tcPr>
            <w:tcW w:w="13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267B5C" w14:textId="77777777" w:rsidR="007A4A23" w:rsidRPr="00927564" w:rsidRDefault="00000000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0000099356</w:t>
            </w:r>
          </w:p>
        </w:tc>
        <w:tc>
          <w:tcPr>
            <w:tcW w:w="32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574632" w14:textId="77777777" w:rsidR="007A4A23" w:rsidRPr="00927564" w:rsidRDefault="00000000" w:rsidP="003F543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GMINNY LUDOWY KLUB SPORTOWY W OSIELSKU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2CDAD6" w14:textId="77777777" w:rsidR="007A4A23" w:rsidRPr="00927564" w:rsidRDefault="00000000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14.03.2002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D40216" w14:textId="77777777" w:rsidR="007A4A23" w:rsidRPr="00927564" w:rsidRDefault="00000000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Osielsko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60BE44" w14:textId="0A0C74B8" w:rsidR="007A4A23" w:rsidRPr="00927564" w:rsidRDefault="00000000" w:rsidP="002108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 xml:space="preserve">ul. </w:t>
            </w:r>
            <w:proofErr w:type="spellStart"/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Szosa</w:t>
            </w:r>
            <w:proofErr w:type="spellEnd"/>
            <w:r w:rsidRPr="0092756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Gdańska</w:t>
            </w:r>
            <w:proofErr w:type="spellEnd"/>
            <w:r w:rsidRPr="00927564">
              <w:rPr>
                <w:rFonts w:asciiTheme="majorHAnsi" w:hAnsiTheme="majorHAnsi" w:cstheme="majorHAnsi"/>
                <w:sz w:val="20"/>
                <w:szCs w:val="20"/>
              </w:rPr>
              <w:t xml:space="preserve"> 57, </w:t>
            </w:r>
            <w:r w:rsidR="002108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86-031 Osielsko</w:t>
            </w:r>
          </w:p>
        </w:tc>
        <w:tc>
          <w:tcPr>
            <w:tcW w:w="29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6FF9FE" w14:textId="672E7B45" w:rsidR="007A4A23" w:rsidRPr="00927564" w:rsidRDefault="003F5439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D63D18" w14:textId="0C706B78" w:rsidR="007A4A23" w:rsidRPr="00927564" w:rsidRDefault="003F5439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</w:tr>
      <w:tr w:rsidR="007A4A23" w:rsidRPr="00927564" w14:paraId="0E765E01" w14:textId="77777777" w:rsidTr="00210827">
        <w:trPr>
          <w:trHeight w:val="915"/>
        </w:trPr>
        <w:tc>
          <w:tcPr>
            <w:tcW w:w="13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20D949" w14:textId="77777777" w:rsidR="007A4A23" w:rsidRPr="00927564" w:rsidRDefault="00000000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0000106051</w:t>
            </w:r>
          </w:p>
        </w:tc>
        <w:tc>
          <w:tcPr>
            <w:tcW w:w="32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3C831D" w14:textId="77777777" w:rsidR="007A4A23" w:rsidRPr="00927564" w:rsidRDefault="00000000" w:rsidP="003F543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LUDOWY JEŹDZIECKI KLUB SPORTOWY „PIAF”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7EAEDA" w14:textId="77777777" w:rsidR="007A4A23" w:rsidRPr="00927564" w:rsidRDefault="00000000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10.04.2002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06A754" w14:textId="77777777" w:rsidR="007A4A23" w:rsidRPr="00927564" w:rsidRDefault="00000000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Żołędowo</w:t>
            </w:r>
            <w:proofErr w:type="spellEnd"/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4E1BF4" w14:textId="1544C37E" w:rsidR="007A4A23" w:rsidRPr="00927564" w:rsidRDefault="00000000" w:rsidP="002108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 xml:space="preserve">ul. </w:t>
            </w:r>
            <w:proofErr w:type="spellStart"/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Szosa</w:t>
            </w:r>
            <w:proofErr w:type="spellEnd"/>
            <w:r w:rsidRPr="0092756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Gdańska</w:t>
            </w:r>
            <w:proofErr w:type="spellEnd"/>
            <w:r w:rsidRPr="00927564">
              <w:rPr>
                <w:rFonts w:asciiTheme="majorHAnsi" w:hAnsiTheme="majorHAnsi" w:cstheme="majorHAnsi"/>
                <w:sz w:val="20"/>
                <w:szCs w:val="20"/>
              </w:rPr>
              <w:t xml:space="preserve"> 55, </w:t>
            </w:r>
            <w:r w:rsidR="002108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 xml:space="preserve">86-031 </w:t>
            </w:r>
            <w:proofErr w:type="spellStart"/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Żołędowo</w:t>
            </w:r>
            <w:proofErr w:type="spellEnd"/>
          </w:p>
        </w:tc>
        <w:tc>
          <w:tcPr>
            <w:tcW w:w="29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9342B2" w14:textId="77777777" w:rsidR="007A4A23" w:rsidRPr="00927564" w:rsidRDefault="00000000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mirela.dolomisiewicz@gmail.com</w:t>
            </w:r>
          </w:p>
        </w:tc>
        <w:tc>
          <w:tcPr>
            <w:tcW w:w="2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728573" w14:textId="1B441C48" w:rsidR="007A4A23" w:rsidRPr="00927564" w:rsidRDefault="003F5439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</w:tr>
      <w:tr w:rsidR="007A4A23" w:rsidRPr="00927564" w14:paraId="5B15E8DA" w14:textId="77777777" w:rsidTr="00210827">
        <w:trPr>
          <w:trHeight w:val="180"/>
        </w:trPr>
        <w:tc>
          <w:tcPr>
            <w:tcW w:w="13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00FBF1" w14:textId="77777777" w:rsidR="007A4A23" w:rsidRPr="00927564" w:rsidRDefault="00000000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0000349948</w:t>
            </w:r>
          </w:p>
        </w:tc>
        <w:tc>
          <w:tcPr>
            <w:tcW w:w="32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CE3381" w14:textId="77777777" w:rsidR="007A4A23" w:rsidRPr="00927564" w:rsidRDefault="00000000" w:rsidP="003F543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UCZNIOWSKI KLUB SPORTOWY „DĘBY OSIELSKO”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9AA585" w14:textId="77777777" w:rsidR="007A4A23" w:rsidRPr="00927564" w:rsidRDefault="00000000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25.02.2010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CCA800" w14:textId="77777777" w:rsidR="007A4A23" w:rsidRPr="00927564" w:rsidRDefault="00000000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Osielsko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55C2D1" w14:textId="77777777" w:rsidR="007A4A23" w:rsidRPr="00927564" w:rsidRDefault="00000000" w:rsidP="002108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 xml:space="preserve">ul. </w:t>
            </w:r>
            <w:proofErr w:type="spellStart"/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Centralna</w:t>
            </w:r>
            <w:proofErr w:type="spellEnd"/>
            <w:r w:rsidRPr="00927564">
              <w:rPr>
                <w:rFonts w:asciiTheme="majorHAnsi" w:hAnsiTheme="majorHAnsi" w:cstheme="majorHAnsi"/>
                <w:sz w:val="20"/>
                <w:szCs w:val="20"/>
              </w:rPr>
              <w:t xml:space="preserve"> 7, 86-031 Osielsko</w:t>
            </w:r>
          </w:p>
        </w:tc>
        <w:tc>
          <w:tcPr>
            <w:tcW w:w="29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1FBC52" w14:textId="2C861C22" w:rsidR="007A4A23" w:rsidRPr="00927564" w:rsidRDefault="007641A0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hyperlink r:id="rId9" w:history="1">
              <w:r w:rsidRPr="00927564">
                <w:rPr>
                  <w:rStyle w:val="Hipercze"/>
                  <w:rFonts w:asciiTheme="majorHAnsi" w:hAnsiTheme="majorHAnsi" w:cstheme="majorHAnsi"/>
                  <w:sz w:val="20"/>
                  <w:szCs w:val="20"/>
                </w:rPr>
                <w:t>debyosielsko@gmail.com</w:t>
              </w:r>
            </w:hyperlink>
          </w:p>
        </w:tc>
        <w:tc>
          <w:tcPr>
            <w:tcW w:w="2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885AF4" w14:textId="102A819A" w:rsidR="007A4A23" w:rsidRPr="00927564" w:rsidRDefault="007641A0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hyperlink r:id="rId10" w:history="1">
              <w:r w:rsidRPr="00927564">
                <w:rPr>
                  <w:rStyle w:val="Hipercze"/>
                  <w:rFonts w:asciiTheme="majorHAnsi" w:hAnsiTheme="majorHAnsi" w:cstheme="majorHAnsi"/>
                  <w:sz w:val="20"/>
                  <w:szCs w:val="20"/>
                </w:rPr>
                <w:t>https://www.facebook.com/debyosielsko</w:t>
              </w:r>
            </w:hyperlink>
          </w:p>
        </w:tc>
      </w:tr>
      <w:tr w:rsidR="007A4A23" w:rsidRPr="00927564" w14:paraId="18B6FB14" w14:textId="77777777" w:rsidTr="00210827">
        <w:trPr>
          <w:trHeight w:val="360"/>
        </w:trPr>
        <w:tc>
          <w:tcPr>
            <w:tcW w:w="13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92E575" w14:textId="77777777" w:rsidR="007A4A23" w:rsidRPr="00927564" w:rsidRDefault="00000000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0000705299</w:t>
            </w:r>
          </w:p>
        </w:tc>
        <w:tc>
          <w:tcPr>
            <w:tcW w:w="32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79B9C9" w14:textId="77777777" w:rsidR="007A4A23" w:rsidRPr="00927564" w:rsidRDefault="00000000" w:rsidP="003F543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KLUB SPORTOWY „VICTORIA NIEMCZ OSIELSKO”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D9064C" w14:textId="77777777" w:rsidR="007A4A23" w:rsidRPr="00927564" w:rsidRDefault="00000000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23.11.2017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D366E0" w14:textId="77777777" w:rsidR="007A4A23" w:rsidRPr="00927564" w:rsidRDefault="00000000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Niemcz</w:t>
            </w:r>
            <w:proofErr w:type="spellEnd"/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1E9457" w14:textId="77777777" w:rsidR="007A4A23" w:rsidRPr="00927564" w:rsidRDefault="00000000" w:rsidP="002108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 xml:space="preserve">ul. Henryka </w:t>
            </w:r>
            <w:proofErr w:type="spellStart"/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Sienkiewicza</w:t>
            </w:r>
            <w:proofErr w:type="spellEnd"/>
            <w:r w:rsidRPr="00927564">
              <w:rPr>
                <w:rFonts w:asciiTheme="majorHAnsi" w:hAnsiTheme="majorHAnsi" w:cstheme="majorHAnsi"/>
                <w:sz w:val="20"/>
                <w:szCs w:val="20"/>
              </w:rPr>
              <w:t xml:space="preserve"> 4b, 86-032 </w:t>
            </w:r>
            <w:proofErr w:type="spellStart"/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Niemcz</w:t>
            </w:r>
            <w:proofErr w:type="spellEnd"/>
          </w:p>
        </w:tc>
        <w:tc>
          <w:tcPr>
            <w:tcW w:w="29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2D95D7" w14:textId="66043770" w:rsidR="007A4A23" w:rsidRPr="00927564" w:rsidRDefault="00927564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hyperlink r:id="rId11" w:history="1">
              <w:r w:rsidRPr="00443D93">
                <w:rPr>
                  <w:rStyle w:val="Hipercze"/>
                  <w:rFonts w:asciiTheme="majorHAnsi" w:hAnsiTheme="majorHAnsi" w:cstheme="majorHAnsi"/>
                  <w:sz w:val="20"/>
                  <w:szCs w:val="20"/>
                </w:rPr>
                <w:t>piotrvictorianiemcz@gmail.com</w:t>
              </w:r>
            </w:hyperlink>
          </w:p>
        </w:tc>
        <w:tc>
          <w:tcPr>
            <w:tcW w:w="2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DA107B" w14:textId="096E3E97" w:rsidR="007A4A23" w:rsidRPr="00927564" w:rsidRDefault="00927564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hyperlink r:id="rId12" w:history="1">
              <w:r w:rsidRPr="00927564">
                <w:rPr>
                  <w:rStyle w:val="Hipercze"/>
                  <w:rFonts w:asciiTheme="majorHAnsi" w:hAnsiTheme="majorHAnsi" w:cstheme="majorHAnsi"/>
                  <w:sz w:val="20"/>
                  <w:szCs w:val="20"/>
                </w:rPr>
                <w:t>https://www.facebook.com/VictoriaNiemcz</w:t>
              </w:r>
            </w:hyperlink>
          </w:p>
        </w:tc>
      </w:tr>
      <w:tr w:rsidR="007A4A23" w:rsidRPr="00927564" w14:paraId="4FDB7A3A" w14:textId="77777777" w:rsidTr="00210827">
        <w:trPr>
          <w:trHeight w:val="194"/>
        </w:trPr>
        <w:tc>
          <w:tcPr>
            <w:tcW w:w="13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CAF12D" w14:textId="77777777" w:rsidR="007A4A23" w:rsidRPr="00927564" w:rsidRDefault="00000000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0000724581</w:t>
            </w:r>
          </w:p>
        </w:tc>
        <w:tc>
          <w:tcPr>
            <w:tcW w:w="32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932D0F" w14:textId="77777777" w:rsidR="007A4A23" w:rsidRPr="00927564" w:rsidRDefault="00000000" w:rsidP="003F543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AKADEMIA MISTRZÓW SPORTU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344688" w14:textId="77777777" w:rsidR="007A4A23" w:rsidRPr="00927564" w:rsidRDefault="00000000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22.03.2018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829E15" w14:textId="77777777" w:rsidR="007A4A23" w:rsidRPr="00927564" w:rsidRDefault="00000000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Niemcz</w:t>
            </w:r>
            <w:proofErr w:type="spellEnd"/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F75AD4" w14:textId="12FEB4AF" w:rsidR="007A4A23" w:rsidRPr="00927564" w:rsidRDefault="00000000" w:rsidP="002108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 xml:space="preserve">ul. </w:t>
            </w:r>
            <w:proofErr w:type="spellStart"/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Olimpijczyków</w:t>
            </w:r>
            <w:proofErr w:type="spellEnd"/>
            <w:r w:rsidRPr="00927564">
              <w:rPr>
                <w:rFonts w:asciiTheme="majorHAnsi" w:hAnsiTheme="majorHAnsi" w:cstheme="majorHAnsi"/>
                <w:sz w:val="20"/>
                <w:szCs w:val="20"/>
              </w:rPr>
              <w:t xml:space="preserve"> 53, </w:t>
            </w:r>
            <w:r w:rsidR="002108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 xml:space="preserve">86-032 </w:t>
            </w:r>
            <w:proofErr w:type="spellStart"/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Niemcz</w:t>
            </w:r>
            <w:proofErr w:type="spellEnd"/>
          </w:p>
        </w:tc>
        <w:tc>
          <w:tcPr>
            <w:tcW w:w="29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6450A1" w14:textId="095237B5" w:rsidR="007A4A23" w:rsidRPr="00927564" w:rsidRDefault="00927564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hyperlink r:id="rId13" w:history="1">
              <w:r w:rsidRPr="00443D93">
                <w:rPr>
                  <w:rStyle w:val="Hipercze"/>
                  <w:rFonts w:asciiTheme="majorHAnsi" w:hAnsiTheme="majorHAnsi" w:cstheme="majorHAnsi"/>
                  <w:sz w:val="20"/>
                  <w:szCs w:val="20"/>
                </w:rPr>
                <w:t>akademiasprint@wp.pl</w:t>
              </w:r>
            </w:hyperlink>
          </w:p>
        </w:tc>
        <w:tc>
          <w:tcPr>
            <w:tcW w:w="2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76139E" w14:textId="48543668" w:rsidR="007A4A23" w:rsidRPr="00927564" w:rsidRDefault="00927564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hyperlink r:id="rId14" w:history="1">
              <w:r w:rsidRPr="00927564">
                <w:rPr>
                  <w:rStyle w:val="Hipercze"/>
                  <w:rFonts w:asciiTheme="majorHAnsi" w:hAnsiTheme="majorHAnsi" w:cstheme="majorHAnsi"/>
                  <w:sz w:val="20"/>
                  <w:szCs w:val="20"/>
                </w:rPr>
                <w:t>https://amsportu.pl/</w:t>
              </w:r>
            </w:hyperlink>
          </w:p>
        </w:tc>
      </w:tr>
      <w:tr w:rsidR="007A4A23" w:rsidRPr="00927564" w14:paraId="3C533071" w14:textId="77777777" w:rsidTr="00210827">
        <w:trPr>
          <w:trHeight w:val="180"/>
        </w:trPr>
        <w:tc>
          <w:tcPr>
            <w:tcW w:w="13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ECD724" w14:textId="77777777" w:rsidR="007A4A23" w:rsidRPr="00927564" w:rsidRDefault="00000000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0000801405</w:t>
            </w:r>
          </w:p>
        </w:tc>
        <w:tc>
          <w:tcPr>
            <w:tcW w:w="32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065246" w14:textId="77777777" w:rsidR="007A4A23" w:rsidRPr="00927564" w:rsidRDefault="00000000" w:rsidP="003F543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KLUB SPORTOWY VICTORIA OSIELSKO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8F2B3D" w14:textId="77777777" w:rsidR="007A4A23" w:rsidRPr="00927564" w:rsidRDefault="00000000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05.09.2019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7A7489" w14:textId="77777777" w:rsidR="007A4A23" w:rsidRPr="00927564" w:rsidRDefault="00000000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Osielsko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D5A083" w14:textId="69057FA4" w:rsidR="007A4A23" w:rsidRPr="00927564" w:rsidRDefault="00000000" w:rsidP="002108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 xml:space="preserve">ul. </w:t>
            </w:r>
            <w:proofErr w:type="spellStart"/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Szosa</w:t>
            </w:r>
            <w:proofErr w:type="spellEnd"/>
            <w:r w:rsidRPr="0092756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Gdańska</w:t>
            </w:r>
            <w:proofErr w:type="spellEnd"/>
            <w:r w:rsidRPr="00927564">
              <w:rPr>
                <w:rFonts w:asciiTheme="majorHAnsi" w:hAnsiTheme="majorHAnsi" w:cstheme="majorHAnsi"/>
                <w:sz w:val="20"/>
                <w:szCs w:val="20"/>
              </w:rPr>
              <w:t xml:space="preserve"> 57, </w:t>
            </w:r>
            <w:r w:rsidR="002108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86-031 Osielsko</w:t>
            </w:r>
          </w:p>
        </w:tc>
        <w:tc>
          <w:tcPr>
            <w:tcW w:w="29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7B74EB" w14:textId="54653C1E" w:rsidR="007A4A23" w:rsidRPr="00927564" w:rsidRDefault="00927564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hyperlink r:id="rId15" w:history="1">
              <w:r>
                <w:rPr>
                  <w:rStyle w:val="Hipercze"/>
                  <w:rFonts w:asciiTheme="majorHAnsi" w:hAnsiTheme="majorHAnsi" w:cstheme="majorHAnsi"/>
                  <w:sz w:val="20"/>
                  <w:szCs w:val="20"/>
                </w:rPr>
                <w:t xml:space="preserve"> victoriaosielsko@gmail.com</w:t>
              </w:r>
            </w:hyperlink>
          </w:p>
        </w:tc>
        <w:tc>
          <w:tcPr>
            <w:tcW w:w="2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411F1B" w14:textId="39D130B4" w:rsidR="007A4A23" w:rsidRPr="00927564" w:rsidRDefault="00927564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hyperlink r:id="rId16" w:history="1">
              <w:r w:rsidRPr="00927564">
                <w:rPr>
                  <w:rStyle w:val="Hipercze"/>
                  <w:rFonts w:asciiTheme="majorHAnsi" w:hAnsiTheme="majorHAnsi" w:cstheme="majorHAnsi"/>
                  <w:sz w:val="20"/>
                  <w:szCs w:val="20"/>
                </w:rPr>
                <w:t>https://www.facebook.com/victoria.osielsko</w:t>
              </w:r>
            </w:hyperlink>
          </w:p>
        </w:tc>
      </w:tr>
      <w:tr w:rsidR="007A4A23" w:rsidRPr="00927564" w14:paraId="7F39BC62" w14:textId="77777777" w:rsidTr="00210827">
        <w:trPr>
          <w:trHeight w:val="360"/>
        </w:trPr>
        <w:tc>
          <w:tcPr>
            <w:tcW w:w="13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762C9A" w14:textId="77777777" w:rsidR="007A4A23" w:rsidRPr="00927564" w:rsidRDefault="00000000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0001161384</w:t>
            </w:r>
          </w:p>
        </w:tc>
        <w:tc>
          <w:tcPr>
            <w:tcW w:w="32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99E9B5" w14:textId="77777777" w:rsidR="007A4A23" w:rsidRPr="00927564" w:rsidRDefault="00000000" w:rsidP="003F543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PROFESJONALNA AKADEMIA PIŁKARSKA OSIELSKO STOWARZYSZENIE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A7B5D3" w14:textId="77777777" w:rsidR="007A4A23" w:rsidRPr="00927564" w:rsidRDefault="00000000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17.03.2025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F716E1" w14:textId="77777777" w:rsidR="007A4A23" w:rsidRPr="00927564" w:rsidRDefault="00000000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Osielsko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356431" w14:textId="77777777" w:rsidR="007A4A23" w:rsidRPr="00927564" w:rsidRDefault="00000000" w:rsidP="002108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 xml:space="preserve">ul. </w:t>
            </w:r>
            <w:proofErr w:type="spellStart"/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Kolonijna</w:t>
            </w:r>
            <w:proofErr w:type="spellEnd"/>
            <w:r w:rsidRPr="00927564">
              <w:rPr>
                <w:rFonts w:asciiTheme="majorHAnsi" w:hAnsiTheme="majorHAnsi" w:cstheme="majorHAnsi"/>
                <w:sz w:val="20"/>
                <w:szCs w:val="20"/>
              </w:rPr>
              <w:t xml:space="preserve"> 8, 86-031 Osielsko</w:t>
            </w:r>
          </w:p>
        </w:tc>
        <w:tc>
          <w:tcPr>
            <w:tcW w:w="29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519D52" w14:textId="76596288" w:rsidR="007A4A23" w:rsidRPr="00927564" w:rsidRDefault="00927564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hyperlink r:id="rId17" w:history="1">
              <w:r w:rsidRPr="00443D93">
                <w:rPr>
                  <w:rStyle w:val="Hipercze"/>
                  <w:rFonts w:asciiTheme="majorHAnsi" w:hAnsiTheme="majorHAnsi" w:cstheme="majorHAnsi"/>
                  <w:sz w:val="20"/>
                  <w:szCs w:val="20"/>
                </w:rPr>
                <w:t>akademia@paposielsko.pl</w:t>
              </w:r>
            </w:hyperlink>
          </w:p>
        </w:tc>
        <w:tc>
          <w:tcPr>
            <w:tcW w:w="2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0D2462" w14:textId="303722C1" w:rsidR="007A4A23" w:rsidRPr="00927564" w:rsidRDefault="00927564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hyperlink r:id="rId18" w:history="1">
              <w:r w:rsidRPr="00443D93">
                <w:rPr>
                  <w:rStyle w:val="Hipercze"/>
                  <w:rFonts w:asciiTheme="majorHAnsi" w:hAnsiTheme="majorHAnsi" w:cstheme="majorHAnsi"/>
                  <w:sz w:val="20"/>
                  <w:szCs w:val="20"/>
                </w:rPr>
                <w:t>https://www.facebook.com/profile.php?id=61570070030797</w:t>
              </w:r>
            </w:hyperlink>
          </w:p>
        </w:tc>
      </w:tr>
      <w:tr w:rsidR="007A4A23" w:rsidRPr="00927564" w14:paraId="425D7B05" w14:textId="77777777" w:rsidTr="00210827">
        <w:trPr>
          <w:trHeight w:val="374"/>
        </w:trPr>
        <w:tc>
          <w:tcPr>
            <w:tcW w:w="13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FCF44F" w14:textId="77777777" w:rsidR="007A4A23" w:rsidRPr="00927564" w:rsidRDefault="00000000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0001163102</w:t>
            </w:r>
          </w:p>
        </w:tc>
        <w:tc>
          <w:tcPr>
            <w:tcW w:w="32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356C84" w14:textId="77777777" w:rsidR="007A4A23" w:rsidRPr="00927564" w:rsidRDefault="00000000" w:rsidP="003F543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STOWARZYSZENIE KLUB SPORTOWY SWIM TEAM OSIELSKO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90DA6C" w14:textId="77777777" w:rsidR="007A4A23" w:rsidRPr="00927564" w:rsidRDefault="00000000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21.03.2025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182C3D" w14:textId="77777777" w:rsidR="007A4A23" w:rsidRPr="00927564" w:rsidRDefault="00000000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Osielsko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65F32D" w14:textId="6A6CBFC3" w:rsidR="007A4A23" w:rsidRPr="00927564" w:rsidRDefault="00000000" w:rsidP="002108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Niwy</w:t>
            </w:r>
            <w:proofErr w:type="spellEnd"/>
            <w:r w:rsidRPr="00927564">
              <w:rPr>
                <w:rFonts w:asciiTheme="majorHAnsi" w:hAnsiTheme="majorHAnsi" w:cstheme="majorHAnsi"/>
                <w:sz w:val="20"/>
                <w:szCs w:val="20"/>
              </w:rPr>
              <w:t xml:space="preserve">, ul. </w:t>
            </w:r>
            <w:proofErr w:type="spellStart"/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Krośnieńska</w:t>
            </w:r>
            <w:proofErr w:type="spellEnd"/>
            <w:r w:rsidRPr="00927564">
              <w:rPr>
                <w:rFonts w:asciiTheme="majorHAnsi" w:hAnsiTheme="majorHAnsi" w:cstheme="majorHAnsi"/>
                <w:sz w:val="20"/>
                <w:szCs w:val="20"/>
              </w:rPr>
              <w:t xml:space="preserve"> 3, </w:t>
            </w:r>
            <w:r w:rsidR="00210827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927564">
              <w:rPr>
                <w:rFonts w:asciiTheme="majorHAnsi" w:hAnsiTheme="majorHAnsi" w:cstheme="majorHAnsi"/>
                <w:sz w:val="20"/>
                <w:szCs w:val="20"/>
              </w:rPr>
              <w:t>86-031 Osielsko</w:t>
            </w:r>
          </w:p>
        </w:tc>
        <w:tc>
          <w:tcPr>
            <w:tcW w:w="29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2F0F70" w14:textId="65C6E0CD" w:rsidR="007A4A23" w:rsidRPr="00927564" w:rsidRDefault="00D57264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hyperlink r:id="rId19" w:history="1">
              <w:r w:rsidRPr="00443D93">
                <w:rPr>
                  <w:rStyle w:val="Hipercze"/>
                  <w:rFonts w:asciiTheme="majorHAnsi" w:hAnsiTheme="majorHAnsi" w:cstheme="majorHAnsi"/>
                  <w:sz w:val="20"/>
                  <w:szCs w:val="20"/>
                </w:rPr>
                <w:t>swimteamosielsko@gmail.com</w:t>
              </w:r>
            </w:hyperlink>
          </w:p>
        </w:tc>
        <w:tc>
          <w:tcPr>
            <w:tcW w:w="2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7032E6" w14:textId="1E8BA365" w:rsidR="007A4A23" w:rsidRPr="00927564" w:rsidRDefault="00D57264" w:rsidP="003F54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hyperlink r:id="rId20" w:history="1">
              <w:r w:rsidRPr="00443D93">
                <w:rPr>
                  <w:rStyle w:val="Hipercze"/>
                  <w:rFonts w:asciiTheme="majorHAnsi" w:hAnsiTheme="majorHAnsi" w:cstheme="majorHAnsi"/>
                  <w:sz w:val="20"/>
                  <w:szCs w:val="20"/>
                </w:rPr>
                <w:t>https://www.facebook.com/SwimTeamOsielsko</w:t>
              </w:r>
            </w:hyperlink>
          </w:p>
        </w:tc>
      </w:tr>
      <w:tr w:rsidR="007A4A23" w:rsidRPr="00927564" w14:paraId="323F19F5" w14:textId="77777777" w:rsidTr="00210827">
        <w:trPr>
          <w:trHeight w:val="180"/>
        </w:trPr>
        <w:tc>
          <w:tcPr>
            <w:tcW w:w="13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454403" w14:textId="77777777" w:rsidR="007A4A23" w:rsidRPr="00927564" w:rsidRDefault="00000000" w:rsidP="003F543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27564">
              <w:rPr>
                <w:rFonts w:ascii="Calibri" w:hAnsi="Calibri" w:cs="Calibri"/>
                <w:sz w:val="20"/>
                <w:szCs w:val="20"/>
              </w:rPr>
              <w:t>0001241092</w:t>
            </w:r>
          </w:p>
        </w:tc>
        <w:tc>
          <w:tcPr>
            <w:tcW w:w="32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4EEEB8" w14:textId="77777777" w:rsidR="007A4A23" w:rsidRPr="00927564" w:rsidRDefault="00000000" w:rsidP="003F5439">
            <w:pPr>
              <w:rPr>
                <w:rFonts w:ascii="Calibri" w:hAnsi="Calibri" w:cs="Calibri"/>
                <w:sz w:val="20"/>
                <w:szCs w:val="20"/>
              </w:rPr>
            </w:pPr>
            <w:r w:rsidRPr="00927564">
              <w:rPr>
                <w:rFonts w:ascii="Calibri" w:hAnsi="Calibri" w:cs="Calibri"/>
                <w:sz w:val="20"/>
                <w:szCs w:val="20"/>
              </w:rPr>
              <w:t>STOWARZYSZENIE KLUB PIŁKARSKI ISKRA NIEMCZ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28FB90" w14:textId="77777777" w:rsidR="007A4A23" w:rsidRPr="00927564" w:rsidRDefault="00000000" w:rsidP="003F543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27564">
              <w:rPr>
                <w:rFonts w:ascii="Calibri" w:hAnsi="Calibri" w:cs="Calibri"/>
                <w:sz w:val="20"/>
                <w:szCs w:val="20"/>
              </w:rPr>
              <w:t>11.05.2026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477A4F" w14:textId="77777777" w:rsidR="007A4A23" w:rsidRPr="00927564" w:rsidRDefault="00000000" w:rsidP="003F543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27564">
              <w:rPr>
                <w:rFonts w:ascii="Calibri" w:hAnsi="Calibri" w:cs="Calibri"/>
                <w:sz w:val="20"/>
                <w:szCs w:val="20"/>
              </w:rPr>
              <w:t>Niemcz</w:t>
            </w:r>
            <w:proofErr w:type="spellEnd"/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2C0EFB" w14:textId="165588C6" w:rsidR="007A4A23" w:rsidRPr="00927564" w:rsidRDefault="00000000" w:rsidP="0021082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27564">
              <w:rPr>
                <w:rFonts w:ascii="Calibri" w:hAnsi="Calibri" w:cs="Calibri"/>
                <w:sz w:val="20"/>
                <w:szCs w:val="20"/>
              </w:rPr>
              <w:t xml:space="preserve">ul. </w:t>
            </w:r>
            <w:proofErr w:type="spellStart"/>
            <w:r w:rsidRPr="00927564">
              <w:rPr>
                <w:rFonts w:ascii="Calibri" w:hAnsi="Calibri" w:cs="Calibri"/>
                <w:sz w:val="20"/>
                <w:szCs w:val="20"/>
              </w:rPr>
              <w:t>Szosa</w:t>
            </w:r>
            <w:proofErr w:type="spellEnd"/>
            <w:r w:rsidRPr="0092756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927564">
              <w:rPr>
                <w:rFonts w:ascii="Calibri" w:hAnsi="Calibri" w:cs="Calibri"/>
                <w:sz w:val="20"/>
                <w:szCs w:val="20"/>
              </w:rPr>
              <w:t>Gdańska</w:t>
            </w:r>
            <w:proofErr w:type="spellEnd"/>
            <w:r w:rsidRPr="00927564">
              <w:rPr>
                <w:rFonts w:ascii="Calibri" w:hAnsi="Calibri" w:cs="Calibri"/>
                <w:sz w:val="20"/>
                <w:szCs w:val="20"/>
              </w:rPr>
              <w:t xml:space="preserve"> 44, </w:t>
            </w:r>
            <w:r w:rsidR="00210827">
              <w:rPr>
                <w:rFonts w:ascii="Calibri" w:hAnsi="Calibri" w:cs="Calibri"/>
                <w:sz w:val="20"/>
                <w:szCs w:val="20"/>
              </w:rPr>
              <w:br/>
            </w:r>
            <w:r w:rsidRPr="00927564">
              <w:rPr>
                <w:rFonts w:ascii="Calibri" w:hAnsi="Calibri" w:cs="Calibri"/>
                <w:sz w:val="20"/>
                <w:szCs w:val="20"/>
              </w:rPr>
              <w:t>86-031 Osielsko</w:t>
            </w:r>
          </w:p>
        </w:tc>
        <w:tc>
          <w:tcPr>
            <w:tcW w:w="29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476456" w14:textId="2BDAAEE9" w:rsidR="007A4A23" w:rsidRPr="00927564" w:rsidRDefault="00166BDA" w:rsidP="003F543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hyperlink r:id="rId21" w:history="1">
              <w:r w:rsidRPr="00443D93">
                <w:rPr>
                  <w:rStyle w:val="Hipercze"/>
                  <w:rFonts w:ascii="Calibri" w:hAnsi="Calibri" w:cs="Calibri"/>
                  <w:sz w:val="20"/>
                  <w:szCs w:val="20"/>
                </w:rPr>
                <w:t>iskra.niemcz@gmail.com</w:t>
              </w:r>
            </w:hyperlink>
          </w:p>
        </w:tc>
        <w:tc>
          <w:tcPr>
            <w:tcW w:w="2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E11714" w14:textId="0A606202" w:rsidR="007A4A23" w:rsidRPr="00927564" w:rsidRDefault="00166BDA" w:rsidP="003F543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hyperlink r:id="rId22" w:history="1">
              <w:r w:rsidRPr="00443D93">
                <w:rPr>
                  <w:rStyle w:val="Hipercze"/>
                  <w:rFonts w:ascii="Calibri" w:hAnsi="Calibri" w:cs="Calibri"/>
                  <w:sz w:val="20"/>
                  <w:szCs w:val="20"/>
                </w:rPr>
                <w:t>https://www.facebook.com/profile.php?id=61589992389403</w:t>
              </w:r>
            </w:hyperlink>
          </w:p>
        </w:tc>
      </w:tr>
    </w:tbl>
    <w:p w14:paraId="39D38E9E" w14:textId="77777777" w:rsidR="00BC330D" w:rsidRDefault="00BC330D" w:rsidP="00210827"/>
    <w:sectPr w:rsidR="00BC330D" w:rsidSect="003F5439">
      <w:pgSz w:w="15840" w:h="12240" w:orient="landscape"/>
      <w:pgMar w:top="567" w:right="646" w:bottom="567" w:left="64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86186041">
    <w:abstractNumId w:val="8"/>
  </w:num>
  <w:num w:numId="2" w16cid:durableId="2039547120">
    <w:abstractNumId w:val="6"/>
  </w:num>
  <w:num w:numId="3" w16cid:durableId="1766345361">
    <w:abstractNumId w:val="5"/>
  </w:num>
  <w:num w:numId="4" w16cid:durableId="354772559">
    <w:abstractNumId w:val="4"/>
  </w:num>
  <w:num w:numId="5" w16cid:durableId="1844317087">
    <w:abstractNumId w:val="7"/>
  </w:num>
  <w:num w:numId="6" w16cid:durableId="476730506">
    <w:abstractNumId w:val="3"/>
  </w:num>
  <w:num w:numId="7" w16cid:durableId="1169832685">
    <w:abstractNumId w:val="2"/>
  </w:num>
  <w:num w:numId="8" w16cid:durableId="1227228770">
    <w:abstractNumId w:val="1"/>
  </w:num>
  <w:num w:numId="9" w16cid:durableId="2050260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6BDA"/>
    <w:rsid w:val="00210827"/>
    <w:rsid w:val="0029639D"/>
    <w:rsid w:val="00326F90"/>
    <w:rsid w:val="003F5439"/>
    <w:rsid w:val="00586C05"/>
    <w:rsid w:val="007641A0"/>
    <w:rsid w:val="007A4A23"/>
    <w:rsid w:val="009267D2"/>
    <w:rsid w:val="00927564"/>
    <w:rsid w:val="00AA1D8D"/>
    <w:rsid w:val="00B47730"/>
    <w:rsid w:val="00B86D60"/>
    <w:rsid w:val="00BC330D"/>
    <w:rsid w:val="00CB0664"/>
    <w:rsid w:val="00D57264"/>
    <w:rsid w:val="00FA7C6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550A76"/>
  <w14:defaultImageDpi w14:val="300"/>
  <w15:docId w15:val="{8A237D04-C097-4A43-92F7-35A2522CF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3F543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F54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ydgoskiklubzeglarski.pl/" TargetMode="External"/><Relationship Id="rId13" Type="http://schemas.openxmlformats.org/officeDocument/2006/relationships/hyperlink" Target="mailto:akademiasprint@wp.pl" TargetMode="External"/><Relationship Id="rId18" Type="http://schemas.openxmlformats.org/officeDocument/2006/relationships/hyperlink" Target="https://www.facebook.com/profile.php?id=61570070030797" TargetMode="External"/><Relationship Id="rId3" Type="http://schemas.openxmlformats.org/officeDocument/2006/relationships/styles" Target="styles.xml"/><Relationship Id="rId21" Type="http://schemas.openxmlformats.org/officeDocument/2006/relationships/hyperlink" Target="mailto:iskra.niemcz@gmail.com" TargetMode="External"/><Relationship Id="rId7" Type="http://schemas.openxmlformats.org/officeDocument/2006/relationships/hyperlink" Target="https://www.facebook.com/bydgoski.klub.zeglarski" TargetMode="External"/><Relationship Id="rId12" Type="http://schemas.openxmlformats.org/officeDocument/2006/relationships/hyperlink" Target="https://www.facebook.com/VictoriaNiemcz" TargetMode="External"/><Relationship Id="rId17" Type="http://schemas.openxmlformats.org/officeDocument/2006/relationships/hyperlink" Target="mailto:akademia@paposielsko.p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facebook.com/victoria.osielsko" TargetMode="External"/><Relationship Id="rId20" Type="http://schemas.openxmlformats.org/officeDocument/2006/relationships/hyperlink" Target="https://www.facebook.com/SwimTeamOsielsko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info@bydgoskiklubzeglarski.pl" TargetMode="External"/><Relationship Id="rId11" Type="http://schemas.openxmlformats.org/officeDocument/2006/relationships/hyperlink" Target="mailto:piotrvictorianiemcz@gmail.com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%20victoriaosielsko@gmail.com%3e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facebook.com/debyosielsko" TargetMode="External"/><Relationship Id="rId19" Type="http://schemas.openxmlformats.org/officeDocument/2006/relationships/hyperlink" Target="mailto:swimteamosielsko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ebyosielsko@gmail.com" TargetMode="External"/><Relationship Id="rId14" Type="http://schemas.openxmlformats.org/officeDocument/2006/relationships/hyperlink" Target="https://amsportu.pl/" TargetMode="External"/><Relationship Id="rId22" Type="http://schemas.openxmlformats.org/officeDocument/2006/relationships/hyperlink" Target="https://www.facebook.com/profile.php?id=615899923894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414</Words>
  <Characters>2486</Characters>
  <Application>Microsoft Office Word</Application>
  <DocSecurity>0</DocSecurity>
  <Lines>20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Ewelina Leśniewska</cp:lastModifiedBy>
  <cp:revision>8</cp:revision>
  <dcterms:created xsi:type="dcterms:W3CDTF">2013-12-23T23:15:00Z</dcterms:created>
  <dcterms:modified xsi:type="dcterms:W3CDTF">2026-10-05T10:15:00Z</dcterms:modified>
  <cp:category/>
</cp:coreProperties>
</file>