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0745E" w14:textId="77777777" w:rsidR="007A0331" w:rsidRDefault="00000000">
      <w:pPr>
        <w:jc w:val="center"/>
      </w:pPr>
      <w:r>
        <w:rPr>
          <w:rFonts w:ascii="Arial" w:hAnsi="Arial"/>
          <w:b/>
          <w:sz w:val="30"/>
        </w:rPr>
        <w:t>KLUBY SPORTOWE Z TERENU GMINY OSIELSKO</w:t>
      </w:r>
    </w:p>
    <w:p w14:paraId="7F3D3746" w14:textId="77777777" w:rsidR="007A0331" w:rsidRDefault="00000000">
      <w:pPr>
        <w:jc w:val="center"/>
      </w:pPr>
      <w:r>
        <w:rPr>
          <w:rFonts w:ascii="Arial" w:hAnsi="Arial"/>
          <w:i/>
          <w:sz w:val="18"/>
        </w:rPr>
        <w:t>Kluby ujęte w ewidencji klubów sportowych prowadzonej przez Starostę Bydgoskiego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094"/>
        <w:gridCol w:w="2164"/>
        <w:gridCol w:w="1164"/>
        <w:gridCol w:w="1662"/>
        <w:gridCol w:w="2621"/>
        <w:gridCol w:w="5767"/>
      </w:tblGrid>
      <w:tr w:rsidR="007A0331" w:rsidRPr="00875729" w14:paraId="7F04CE27" w14:textId="77777777" w:rsidTr="00CB0C3E">
        <w:trPr>
          <w:jc w:val="center"/>
        </w:trPr>
        <w:tc>
          <w:tcPr>
            <w:tcW w:w="1094" w:type="dxa"/>
            <w:shd w:val="clear" w:color="auto" w:fill="92D050"/>
            <w:vAlign w:val="center"/>
          </w:tcPr>
          <w:p w14:paraId="6A7E85D1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  <w:b/>
              </w:rPr>
              <w:t xml:space="preserve">Nr </w:t>
            </w:r>
            <w:proofErr w:type="spellStart"/>
            <w:r w:rsidRPr="00875729">
              <w:rPr>
                <w:rFonts w:asciiTheme="majorHAnsi" w:hAnsiTheme="majorHAnsi" w:cstheme="majorHAnsi"/>
                <w:b/>
              </w:rPr>
              <w:t>ewidencji</w:t>
            </w:r>
            <w:proofErr w:type="spellEnd"/>
          </w:p>
        </w:tc>
        <w:tc>
          <w:tcPr>
            <w:tcW w:w="2842" w:type="dxa"/>
            <w:shd w:val="clear" w:color="auto" w:fill="92D050"/>
            <w:vAlign w:val="center"/>
          </w:tcPr>
          <w:p w14:paraId="12E099D7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  <w:b/>
              </w:rPr>
              <w:t>Nazwa klubu</w:t>
            </w:r>
          </w:p>
        </w:tc>
        <w:tc>
          <w:tcPr>
            <w:tcW w:w="262" w:type="dxa"/>
            <w:shd w:val="clear" w:color="auto" w:fill="92D050"/>
            <w:vAlign w:val="center"/>
          </w:tcPr>
          <w:p w14:paraId="4D7A8AB2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  <w:b/>
              </w:rPr>
              <w:t>Data wpisu</w:t>
            </w:r>
          </w:p>
        </w:tc>
        <w:tc>
          <w:tcPr>
            <w:tcW w:w="1886" w:type="dxa"/>
            <w:shd w:val="clear" w:color="auto" w:fill="92D050"/>
            <w:vAlign w:val="center"/>
          </w:tcPr>
          <w:p w14:paraId="7127B457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  <w:b/>
              </w:rPr>
              <w:t>Miejscowość</w:t>
            </w:r>
          </w:p>
        </w:tc>
        <w:tc>
          <w:tcPr>
            <w:tcW w:w="2621" w:type="dxa"/>
            <w:shd w:val="clear" w:color="auto" w:fill="92D050"/>
            <w:vAlign w:val="center"/>
          </w:tcPr>
          <w:p w14:paraId="1B3E5A1B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  <w:b/>
              </w:rPr>
              <w:t>E-mail</w:t>
            </w:r>
          </w:p>
        </w:tc>
        <w:tc>
          <w:tcPr>
            <w:tcW w:w="5767" w:type="dxa"/>
            <w:shd w:val="clear" w:color="auto" w:fill="92D050"/>
            <w:vAlign w:val="center"/>
          </w:tcPr>
          <w:p w14:paraId="421371E2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  <w:b/>
              </w:rPr>
              <w:t>Strona internetowa / Facebook</w:t>
            </w:r>
          </w:p>
        </w:tc>
      </w:tr>
      <w:tr w:rsidR="007A0331" w:rsidRPr="00875729" w14:paraId="2F29E3FE" w14:textId="77777777" w:rsidTr="00CB0C3E">
        <w:trPr>
          <w:jc w:val="center"/>
        </w:trPr>
        <w:tc>
          <w:tcPr>
            <w:tcW w:w="10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65B350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KS-2</w:t>
            </w:r>
          </w:p>
        </w:tc>
        <w:tc>
          <w:tcPr>
            <w:tcW w:w="28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CFBB9" w14:textId="77777777" w:rsidR="007A0331" w:rsidRPr="00CB0C3E" w:rsidRDefault="00000000">
            <w:pPr>
              <w:rPr>
                <w:rFonts w:asciiTheme="majorHAnsi" w:hAnsiTheme="majorHAnsi" w:cstheme="majorHAnsi"/>
                <w:bCs/>
              </w:rPr>
            </w:pPr>
            <w:r w:rsidRPr="00CB0C3E">
              <w:rPr>
                <w:rFonts w:asciiTheme="majorHAnsi" w:hAnsiTheme="majorHAnsi" w:cstheme="majorHAnsi"/>
                <w:bCs/>
              </w:rPr>
              <w:t>Ludowy Klub Sportowy Łucznik Żołędowo</w:t>
            </w:r>
          </w:p>
        </w:tc>
        <w:tc>
          <w:tcPr>
            <w:tcW w:w="2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71C532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20.11.2002</w:t>
            </w:r>
          </w:p>
        </w:tc>
        <w:tc>
          <w:tcPr>
            <w:tcW w:w="18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A6D29A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Żołędowo</w:t>
            </w:r>
          </w:p>
        </w:tc>
        <w:tc>
          <w:tcPr>
            <w:tcW w:w="26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A23B4" w14:textId="6DCC30C9" w:rsidR="007A0331" w:rsidRPr="00875729" w:rsidRDefault="00875729" w:rsidP="00875729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88E59" w14:textId="1D94B077" w:rsidR="007A0331" w:rsidRPr="00875729" w:rsidRDefault="00875729">
            <w:pPr>
              <w:rPr>
                <w:rFonts w:asciiTheme="majorHAnsi" w:hAnsiTheme="majorHAnsi" w:cstheme="majorHAnsi"/>
              </w:rPr>
            </w:pPr>
            <w:hyperlink r:id="rId6" w:history="1">
              <w:r w:rsidRPr="00875729">
                <w:rPr>
                  <w:rStyle w:val="Hipercze"/>
                  <w:rFonts w:asciiTheme="majorHAnsi" w:hAnsiTheme="majorHAnsi" w:cstheme="majorHAnsi"/>
                </w:rPr>
                <w:t>https://www.facebook.com/lucznikzol/</w:t>
              </w:r>
            </w:hyperlink>
          </w:p>
        </w:tc>
      </w:tr>
      <w:tr w:rsidR="007A0331" w:rsidRPr="00875729" w14:paraId="6BF89A90" w14:textId="77777777" w:rsidTr="00CB0C3E">
        <w:trPr>
          <w:jc w:val="center"/>
        </w:trPr>
        <w:tc>
          <w:tcPr>
            <w:tcW w:w="10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C6442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KS-21</w:t>
            </w:r>
          </w:p>
        </w:tc>
        <w:tc>
          <w:tcPr>
            <w:tcW w:w="28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3F21C6" w14:textId="77777777" w:rsidR="007A0331" w:rsidRPr="00CB0C3E" w:rsidRDefault="00000000">
            <w:pPr>
              <w:rPr>
                <w:rFonts w:asciiTheme="majorHAnsi" w:hAnsiTheme="majorHAnsi" w:cstheme="majorHAnsi"/>
                <w:bCs/>
              </w:rPr>
            </w:pPr>
            <w:r w:rsidRPr="00CB0C3E">
              <w:rPr>
                <w:rFonts w:asciiTheme="majorHAnsi" w:hAnsiTheme="majorHAnsi" w:cstheme="majorHAnsi"/>
                <w:bCs/>
              </w:rPr>
              <w:t>Towarzystwo Sportowe TRI-SPORT</w:t>
            </w:r>
          </w:p>
        </w:tc>
        <w:tc>
          <w:tcPr>
            <w:tcW w:w="2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F950D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11.04.2007</w:t>
            </w:r>
          </w:p>
        </w:tc>
        <w:tc>
          <w:tcPr>
            <w:tcW w:w="18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5F1AF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Niemcz</w:t>
            </w:r>
          </w:p>
        </w:tc>
        <w:tc>
          <w:tcPr>
            <w:tcW w:w="26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1597E0" w14:textId="2235B0D2" w:rsidR="007A0331" w:rsidRPr="00875729" w:rsidRDefault="00875729" w:rsidP="00875729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022EC" w14:textId="7943164B" w:rsidR="007A0331" w:rsidRPr="00875729" w:rsidRDefault="002A52E2">
            <w:pPr>
              <w:rPr>
                <w:rFonts w:asciiTheme="majorHAnsi" w:hAnsiTheme="majorHAnsi" w:cstheme="majorHAnsi"/>
              </w:rPr>
            </w:pPr>
            <w:hyperlink r:id="rId7" w:history="1">
              <w:r w:rsidRPr="002A52E2">
                <w:rPr>
                  <w:rStyle w:val="Hipercze"/>
                  <w:rFonts w:asciiTheme="majorHAnsi" w:hAnsiTheme="majorHAnsi" w:cstheme="majorHAnsi"/>
                </w:rPr>
                <w:t>https://triathlonpolska.pl/</w:t>
              </w:r>
            </w:hyperlink>
          </w:p>
        </w:tc>
      </w:tr>
      <w:tr w:rsidR="007A0331" w:rsidRPr="00875729" w14:paraId="7EE6100C" w14:textId="77777777" w:rsidTr="00CB0C3E">
        <w:trPr>
          <w:jc w:val="center"/>
        </w:trPr>
        <w:tc>
          <w:tcPr>
            <w:tcW w:w="10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E768E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KS-27</w:t>
            </w:r>
          </w:p>
        </w:tc>
        <w:tc>
          <w:tcPr>
            <w:tcW w:w="28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70352" w14:textId="77777777" w:rsidR="007A0331" w:rsidRPr="00CB0C3E" w:rsidRDefault="00000000">
            <w:pPr>
              <w:rPr>
                <w:rFonts w:asciiTheme="majorHAnsi" w:hAnsiTheme="majorHAnsi" w:cstheme="majorHAnsi"/>
                <w:bCs/>
              </w:rPr>
            </w:pPr>
            <w:r w:rsidRPr="00CB0C3E">
              <w:rPr>
                <w:rFonts w:asciiTheme="majorHAnsi" w:hAnsiTheme="majorHAnsi" w:cstheme="majorHAnsi"/>
                <w:bCs/>
              </w:rPr>
              <w:t>REKINTEAM Osielsko</w:t>
            </w:r>
          </w:p>
        </w:tc>
        <w:tc>
          <w:tcPr>
            <w:tcW w:w="2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B7438C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20.01.2011</w:t>
            </w:r>
          </w:p>
        </w:tc>
        <w:tc>
          <w:tcPr>
            <w:tcW w:w="18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714C6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Osielsko</w:t>
            </w:r>
          </w:p>
        </w:tc>
        <w:tc>
          <w:tcPr>
            <w:tcW w:w="26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D4AB47" w14:textId="3A24535C" w:rsidR="007A0331" w:rsidRPr="00875729" w:rsidRDefault="002A52E2" w:rsidP="002A52E2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B70E0" w14:textId="32F10414" w:rsidR="007A0331" w:rsidRPr="00875729" w:rsidRDefault="002A52E2" w:rsidP="002A52E2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</w:p>
        </w:tc>
      </w:tr>
      <w:tr w:rsidR="007A0331" w:rsidRPr="00875729" w14:paraId="47FCFF48" w14:textId="77777777" w:rsidTr="00CB0C3E">
        <w:trPr>
          <w:jc w:val="center"/>
        </w:trPr>
        <w:tc>
          <w:tcPr>
            <w:tcW w:w="10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0291EC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KS-33</w:t>
            </w:r>
          </w:p>
        </w:tc>
        <w:tc>
          <w:tcPr>
            <w:tcW w:w="28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4E46D" w14:textId="77777777" w:rsidR="007A0331" w:rsidRPr="00CB0C3E" w:rsidRDefault="00000000">
            <w:pPr>
              <w:rPr>
                <w:rFonts w:asciiTheme="majorHAnsi" w:hAnsiTheme="majorHAnsi" w:cstheme="majorHAnsi"/>
                <w:bCs/>
              </w:rPr>
            </w:pPr>
            <w:r w:rsidRPr="00CB0C3E">
              <w:rPr>
                <w:rFonts w:asciiTheme="majorHAnsi" w:hAnsiTheme="majorHAnsi" w:cstheme="majorHAnsi"/>
                <w:bCs/>
              </w:rPr>
              <w:t>Klub Sportowy Rekiny Osielsko</w:t>
            </w:r>
          </w:p>
        </w:tc>
        <w:tc>
          <w:tcPr>
            <w:tcW w:w="2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BED56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14.01.2013</w:t>
            </w:r>
          </w:p>
        </w:tc>
        <w:tc>
          <w:tcPr>
            <w:tcW w:w="18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2CB784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Osielsko</w:t>
            </w:r>
          </w:p>
        </w:tc>
        <w:tc>
          <w:tcPr>
            <w:tcW w:w="26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88EA11" w14:textId="45AD5AD5" w:rsidR="007A0331" w:rsidRPr="00875729" w:rsidRDefault="002A52E2">
            <w:pPr>
              <w:rPr>
                <w:rFonts w:asciiTheme="majorHAnsi" w:hAnsiTheme="majorHAnsi" w:cstheme="majorHAnsi"/>
              </w:rPr>
            </w:pPr>
            <w:hyperlink r:id="rId8" w:history="1">
              <w:r w:rsidRPr="002A52E2">
                <w:rPr>
                  <w:rStyle w:val="Hipercze"/>
                  <w:rFonts w:asciiTheme="majorHAnsi" w:hAnsiTheme="majorHAnsi" w:cstheme="majorHAnsi"/>
                </w:rPr>
                <w:t>rekinyosielsko@gmail.com</w:t>
              </w:r>
            </w:hyperlink>
          </w:p>
        </w:tc>
        <w:tc>
          <w:tcPr>
            <w:tcW w:w="57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860F8" w14:textId="1491B6BA" w:rsidR="007A0331" w:rsidRPr="00875729" w:rsidRDefault="002A52E2">
            <w:pPr>
              <w:rPr>
                <w:rFonts w:asciiTheme="majorHAnsi" w:hAnsiTheme="majorHAnsi" w:cstheme="majorHAnsi"/>
              </w:rPr>
            </w:pPr>
            <w:hyperlink r:id="rId9" w:history="1">
              <w:r w:rsidRPr="002A52E2">
                <w:rPr>
                  <w:rStyle w:val="Hipercze"/>
                  <w:rFonts w:asciiTheme="majorHAnsi" w:hAnsiTheme="majorHAnsi" w:cstheme="majorHAnsi"/>
                </w:rPr>
                <w:t>https://www.facebook.com/rekinyosielsko</w:t>
              </w:r>
            </w:hyperlink>
          </w:p>
        </w:tc>
      </w:tr>
      <w:tr w:rsidR="007A0331" w:rsidRPr="00875729" w14:paraId="0FE20DD1" w14:textId="77777777" w:rsidTr="00CB0C3E">
        <w:trPr>
          <w:jc w:val="center"/>
        </w:trPr>
        <w:tc>
          <w:tcPr>
            <w:tcW w:w="10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DA4A4B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KS-37</w:t>
            </w:r>
          </w:p>
        </w:tc>
        <w:tc>
          <w:tcPr>
            <w:tcW w:w="28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60F09F" w14:textId="77777777" w:rsidR="007A0331" w:rsidRPr="00CB0C3E" w:rsidRDefault="00000000">
            <w:pPr>
              <w:rPr>
                <w:rFonts w:asciiTheme="majorHAnsi" w:hAnsiTheme="majorHAnsi" w:cstheme="majorHAnsi"/>
                <w:bCs/>
              </w:rPr>
            </w:pPr>
            <w:r w:rsidRPr="00CB0C3E">
              <w:rPr>
                <w:rFonts w:asciiTheme="majorHAnsi" w:hAnsiTheme="majorHAnsi" w:cstheme="majorHAnsi"/>
                <w:bCs/>
              </w:rPr>
              <w:t>Klub Sportowy N-Bike Academy</w:t>
            </w:r>
          </w:p>
        </w:tc>
        <w:tc>
          <w:tcPr>
            <w:tcW w:w="2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BC148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16.03.2015</w:t>
            </w:r>
          </w:p>
        </w:tc>
        <w:tc>
          <w:tcPr>
            <w:tcW w:w="18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29F80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Niemcz</w:t>
            </w:r>
          </w:p>
        </w:tc>
        <w:tc>
          <w:tcPr>
            <w:tcW w:w="26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DE21F" w14:textId="564ACB2B" w:rsidR="007A0331" w:rsidRPr="00875729" w:rsidRDefault="002A52E2">
            <w:pPr>
              <w:rPr>
                <w:rFonts w:asciiTheme="majorHAnsi" w:hAnsiTheme="majorHAnsi" w:cstheme="majorHAnsi"/>
              </w:rPr>
            </w:pPr>
            <w:hyperlink r:id="rId10" w:history="1">
              <w:r w:rsidRPr="002A52E2">
                <w:rPr>
                  <w:rStyle w:val="Hipercze"/>
                  <w:rFonts w:asciiTheme="majorHAnsi" w:hAnsiTheme="majorHAnsi" w:cstheme="majorHAnsi"/>
                </w:rPr>
                <w:t>nbikeacademy@gmail.com</w:t>
              </w:r>
            </w:hyperlink>
          </w:p>
        </w:tc>
        <w:tc>
          <w:tcPr>
            <w:tcW w:w="57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78730A" w14:textId="38954BF6" w:rsidR="007A0331" w:rsidRPr="00875729" w:rsidRDefault="002A52E2">
            <w:pPr>
              <w:rPr>
                <w:rFonts w:asciiTheme="majorHAnsi" w:hAnsiTheme="majorHAnsi" w:cstheme="majorHAnsi"/>
              </w:rPr>
            </w:pPr>
            <w:hyperlink r:id="rId11" w:history="1">
              <w:r w:rsidRPr="002A52E2">
                <w:rPr>
                  <w:rStyle w:val="Hipercze"/>
                  <w:rFonts w:asciiTheme="majorHAnsi" w:hAnsiTheme="majorHAnsi" w:cstheme="majorHAnsi"/>
                </w:rPr>
                <w:t>https://www.facebook.com/profile.php?id=100063611015628</w:t>
              </w:r>
            </w:hyperlink>
          </w:p>
        </w:tc>
      </w:tr>
      <w:tr w:rsidR="007A0331" w:rsidRPr="00875729" w14:paraId="0AC2FC7C" w14:textId="77777777" w:rsidTr="00CB0C3E">
        <w:trPr>
          <w:jc w:val="center"/>
        </w:trPr>
        <w:tc>
          <w:tcPr>
            <w:tcW w:w="10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8D3D4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KS-39</w:t>
            </w:r>
          </w:p>
        </w:tc>
        <w:tc>
          <w:tcPr>
            <w:tcW w:w="28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3621B" w14:textId="77777777" w:rsidR="007A0331" w:rsidRPr="00CB0C3E" w:rsidRDefault="00000000">
            <w:pPr>
              <w:rPr>
                <w:rFonts w:asciiTheme="majorHAnsi" w:hAnsiTheme="majorHAnsi" w:cstheme="majorHAnsi"/>
                <w:bCs/>
              </w:rPr>
            </w:pPr>
            <w:r w:rsidRPr="00CB0C3E">
              <w:rPr>
                <w:rFonts w:asciiTheme="majorHAnsi" w:hAnsiTheme="majorHAnsi" w:cstheme="majorHAnsi"/>
                <w:bCs/>
              </w:rPr>
              <w:t>Klub Sportowy Piranie Osielsko</w:t>
            </w:r>
          </w:p>
        </w:tc>
        <w:tc>
          <w:tcPr>
            <w:tcW w:w="2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77637A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08.09.2016</w:t>
            </w:r>
          </w:p>
        </w:tc>
        <w:tc>
          <w:tcPr>
            <w:tcW w:w="18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30059A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Osielsko</w:t>
            </w:r>
          </w:p>
        </w:tc>
        <w:tc>
          <w:tcPr>
            <w:tcW w:w="26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53CD53" w14:textId="0857706D" w:rsidR="007A0331" w:rsidRPr="00875729" w:rsidRDefault="002A52E2">
            <w:pPr>
              <w:rPr>
                <w:rFonts w:asciiTheme="majorHAnsi" w:hAnsiTheme="majorHAnsi" w:cstheme="majorHAnsi"/>
              </w:rPr>
            </w:pPr>
            <w:hyperlink r:id="rId12" w:history="1">
              <w:r w:rsidRPr="002A52E2">
                <w:rPr>
                  <w:rStyle w:val="Hipercze"/>
                  <w:rFonts w:asciiTheme="majorHAnsi" w:hAnsiTheme="majorHAnsi" w:cstheme="majorHAnsi"/>
                </w:rPr>
                <w:t>piranieosielsko@gmail.com</w:t>
              </w:r>
            </w:hyperlink>
          </w:p>
        </w:tc>
        <w:tc>
          <w:tcPr>
            <w:tcW w:w="57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89D9B" w14:textId="1EBE49A2" w:rsidR="007A0331" w:rsidRPr="00875729" w:rsidRDefault="002A52E2">
            <w:pPr>
              <w:rPr>
                <w:rFonts w:asciiTheme="majorHAnsi" w:hAnsiTheme="majorHAnsi" w:cstheme="majorHAnsi"/>
              </w:rPr>
            </w:pPr>
            <w:hyperlink r:id="rId13" w:history="1">
              <w:r w:rsidRPr="002A52E2">
                <w:rPr>
                  <w:rStyle w:val="Hipercze"/>
                  <w:rFonts w:asciiTheme="majorHAnsi" w:hAnsiTheme="majorHAnsi" w:cstheme="majorHAnsi"/>
                </w:rPr>
                <w:t>https://www.facebook.com/piranieosielsko/</w:t>
              </w:r>
            </w:hyperlink>
          </w:p>
        </w:tc>
      </w:tr>
      <w:tr w:rsidR="007A0331" w:rsidRPr="00875729" w14:paraId="1B2043D1" w14:textId="77777777" w:rsidTr="00CB0C3E">
        <w:trPr>
          <w:jc w:val="center"/>
        </w:trPr>
        <w:tc>
          <w:tcPr>
            <w:tcW w:w="10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CD05C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KS-45</w:t>
            </w:r>
          </w:p>
        </w:tc>
        <w:tc>
          <w:tcPr>
            <w:tcW w:w="28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26188" w14:textId="77777777" w:rsidR="007A0331" w:rsidRPr="00CB0C3E" w:rsidRDefault="00000000">
            <w:pPr>
              <w:rPr>
                <w:rFonts w:asciiTheme="majorHAnsi" w:hAnsiTheme="majorHAnsi" w:cstheme="majorHAnsi"/>
                <w:bCs/>
              </w:rPr>
            </w:pPr>
            <w:r w:rsidRPr="00CB0C3E">
              <w:rPr>
                <w:rFonts w:asciiTheme="majorHAnsi" w:hAnsiTheme="majorHAnsi" w:cstheme="majorHAnsi"/>
                <w:bCs/>
              </w:rPr>
              <w:t>K.S. „Olimp-Boks” Osielsko</w:t>
            </w:r>
          </w:p>
        </w:tc>
        <w:tc>
          <w:tcPr>
            <w:tcW w:w="2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46344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01.06.2020</w:t>
            </w:r>
          </w:p>
        </w:tc>
        <w:tc>
          <w:tcPr>
            <w:tcW w:w="18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0FEC6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Osielsko</w:t>
            </w:r>
          </w:p>
        </w:tc>
        <w:tc>
          <w:tcPr>
            <w:tcW w:w="26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EAA7F3" w14:textId="3023246F" w:rsidR="007A0331" w:rsidRPr="00875729" w:rsidRDefault="00875729" w:rsidP="00875729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A140E" w14:textId="0470881B" w:rsidR="007A0331" w:rsidRPr="00875729" w:rsidRDefault="002A52E2">
            <w:pPr>
              <w:rPr>
                <w:rFonts w:asciiTheme="majorHAnsi" w:hAnsiTheme="majorHAnsi" w:cstheme="majorHAnsi"/>
              </w:rPr>
            </w:pPr>
            <w:hyperlink r:id="rId14" w:history="1">
              <w:r w:rsidRPr="002A52E2">
                <w:rPr>
                  <w:rStyle w:val="Hipercze"/>
                  <w:rFonts w:asciiTheme="majorHAnsi" w:hAnsiTheme="majorHAnsi" w:cstheme="majorHAnsi"/>
                </w:rPr>
                <w:t>https://www.facebook.com/olimpboks.osielsko.7</w:t>
              </w:r>
            </w:hyperlink>
          </w:p>
        </w:tc>
      </w:tr>
      <w:tr w:rsidR="007A0331" w:rsidRPr="00875729" w14:paraId="5E90009F" w14:textId="77777777" w:rsidTr="00CB0C3E">
        <w:trPr>
          <w:jc w:val="center"/>
        </w:trPr>
        <w:tc>
          <w:tcPr>
            <w:tcW w:w="10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65D87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KS-58</w:t>
            </w:r>
          </w:p>
        </w:tc>
        <w:tc>
          <w:tcPr>
            <w:tcW w:w="284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ECB27" w14:textId="77777777" w:rsidR="007A0331" w:rsidRPr="00CB0C3E" w:rsidRDefault="00000000">
            <w:pPr>
              <w:rPr>
                <w:rFonts w:asciiTheme="majorHAnsi" w:hAnsiTheme="majorHAnsi" w:cstheme="majorHAnsi"/>
                <w:bCs/>
              </w:rPr>
            </w:pPr>
            <w:r w:rsidRPr="00CB0C3E">
              <w:rPr>
                <w:rFonts w:asciiTheme="majorHAnsi" w:hAnsiTheme="majorHAnsi" w:cstheme="majorHAnsi"/>
                <w:bCs/>
              </w:rPr>
              <w:t>Sportowy Klub Taneczny „Fabryka Tańca”</w:t>
            </w:r>
          </w:p>
        </w:tc>
        <w:tc>
          <w:tcPr>
            <w:tcW w:w="2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4591B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27.08.2024</w:t>
            </w:r>
          </w:p>
        </w:tc>
        <w:tc>
          <w:tcPr>
            <w:tcW w:w="18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B34A7" w14:textId="77777777" w:rsidR="007A0331" w:rsidRPr="00875729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75729">
              <w:rPr>
                <w:rFonts w:asciiTheme="majorHAnsi" w:hAnsiTheme="majorHAnsi" w:cstheme="majorHAnsi"/>
              </w:rPr>
              <w:t>Osielsko</w:t>
            </w:r>
          </w:p>
        </w:tc>
        <w:tc>
          <w:tcPr>
            <w:tcW w:w="26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FCE53" w14:textId="43E26724" w:rsidR="007A0331" w:rsidRPr="00875729" w:rsidRDefault="002A52E2">
            <w:pPr>
              <w:rPr>
                <w:rFonts w:asciiTheme="majorHAnsi" w:hAnsiTheme="majorHAnsi" w:cstheme="majorHAnsi"/>
              </w:rPr>
            </w:pPr>
            <w:hyperlink r:id="rId15" w:history="1">
              <w:r w:rsidRPr="002A52E2">
                <w:rPr>
                  <w:rStyle w:val="Hipercze"/>
                  <w:rFonts w:asciiTheme="majorHAnsi" w:hAnsiTheme="majorHAnsi" w:cstheme="majorHAnsi"/>
                </w:rPr>
                <w:t>studio@fabrykatanca.com</w:t>
              </w:r>
            </w:hyperlink>
          </w:p>
        </w:tc>
        <w:tc>
          <w:tcPr>
            <w:tcW w:w="57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B0FF6" w14:textId="4F766D09" w:rsidR="007A0331" w:rsidRPr="00875729" w:rsidRDefault="002A52E2">
            <w:pPr>
              <w:rPr>
                <w:rFonts w:asciiTheme="majorHAnsi" w:hAnsiTheme="majorHAnsi" w:cstheme="majorHAnsi"/>
              </w:rPr>
            </w:pPr>
            <w:hyperlink r:id="rId16" w:history="1">
              <w:r w:rsidRPr="002A52E2">
                <w:rPr>
                  <w:rStyle w:val="Hipercze"/>
                  <w:rFonts w:asciiTheme="majorHAnsi" w:hAnsiTheme="majorHAnsi" w:cstheme="majorHAnsi"/>
                </w:rPr>
                <w:t>https://www.facebook.com/fabrykatancabydgoszcz</w:t>
              </w:r>
            </w:hyperlink>
          </w:p>
        </w:tc>
      </w:tr>
    </w:tbl>
    <w:p w14:paraId="5574ACB3" w14:textId="427AB991" w:rsidR="007A0331" w:rsidRDefault="007A0331">
      <w:pPr>
        <w:spacing w:before="120"/>
      </w:pPr>
    </w:p>
    <w:sectPr w:rsidR="007A0331" w:rsidSect="00875729">
      <w:pgSz w:w="15840" w:h="12240" w:orient="landscape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2297326">
    <w:abstractNumId w:val="8"/>
  </w:num>
  <w:num w:numId="2" w16cid:durableId="1589653770">
    <w:abstractNumId w:val="6"/>
  </w:num>
  <w:num w:numId="3" w16cid:durableId="2007249815">
    <w:abstractNumId w:val="5"/>
  </w:num>
  <w:num w:numId="4" w16cid:durableId="172958427">
    <w:abstractNumId w:val="4"/>
  </w:num>
  <w:num w:numId="5" w16cid:durableId="1219782013">
    <w:abstractNumId w:val="7"/>
  </w:num>
  <w:num w:numId="6" w16cid:durableId="487402192">
    <w:abstractNumId w:val="3"/>
  </w:num>
  <w:num w:numId="7" w16cid:durableId="1460411746">
    <w:abstractNumId w:val="2"/>
  </w:num>
  <w:num w:numId="8" w16cid:durableId="1357461656">
    <w:abstractNumId w:val="1"/>
  </w:num>
  <w:num w:numId="9" w16cid:durableId="1882357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52E2"/>
    <w:rsid w:val="00326F90"/>
    <w:rsid w:val="00683B54"/>
    <w:rsid w:val="007A0331"/>
    <w:rsid w:val="00875729"/>
    <w:rsid w:val="009267D2"/>
    <w:rsid w:val="00AA1D8D"/>
    <w:rsid w:val="00B47730"/>
    <w:rsid w:val="00CB0664"/>
    <w:rsid w:val="00CB0C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E0D486"/>
  <w14:defaultImageDpi w14:val="300"/>
  <w15:docId w15:val="{1358A894-15D7-475A-828D-760D6D16C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87572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757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kinyosielsko@gmail.com" TargetMode="External"/><Relationship Id="rId13" Type="http://schemas.openxmlformats.org/officeDocument/2006/relationships/hyperlink" Target="https://www.facebook.com/piranieosielsko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triathlonpolska.pl/" TargetMode="External"/><Relationship Id="rId12" Type="http://schemas.openxmlformats.org/officeDocument/2006/relationships/hyperlink" Target="piranieosielsko@gmail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fabrykatancabydgoszcz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lucznikzol/" TargetMode="External"/><Relationship Id="rId11" Type="http://schemas.openxmlformats.org/officeDocument/2006/relationships/hyperlink" Target="https://www.facebook.com/profile.php?id=10006361101562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studio@fabrykatanca.com" TargetMode="External"/><Relationship Id="rId10" Type="http://schemas.openxmlformats.org/officeDocument/2006/relationships/hyperlink" Target="nbikeacademy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rekinyosielsko" TargetMode="External"/><Relationship Id="rId14" Type="http://schemas.openxmlformats.org/officeDocument/2006/relationships/hyperlink" Target="https://www.facebook.com/olimpboks.osielsko.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232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Ewelina Leśniewska</cp:lastModifiedBy>
  <cp:revision>4</cp:revision>
  <dcterms:created xsi:type="dcterms:W3CDTF">2013-12-23T23:15:00Z</dcterms:created>
  <dcterms:modified xsi:type="dcterms:W3CDTF">2026-10-01T09:06:00Z</dcterms:modified>
  <cp:category/>
</cp:coreProperties>
</file>