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6DB66" w14:textId="19743CE9" w:rsidR="00317FD7" w:rsidRDefault="00000000">
      <w:pPr>
        <w:jc w:val="center"/>
      </w:pPr>
      <w:r>
        <w:rPr>
          <w:b/>
          <w:sz w:val="30"/>
        </w:rPr>
        <w:t>STOWARZYSZENIA WPISANE DO KRS</w:t>
      </w:r>
    </w:p>
    <w:p w14:paraId="085B98DF" w14:textId="77777777" w:rsidR="00317FD7" w:rsidRDefault="00000000">
      <w:pPr>
        <w:jc w:val="center"/>
      </w:pPr>
      <w:r>
        <w:rPr>
          <w:i/>
        </w:rPr>
        <w:t>Podmioty z siedzibą na terenie Gminy Osielsko - według przekazanego zestawienia</w:t>
      </w:r>
    </w:p>
    <w:tbl>
      <w:tblPr>
        <w:tblStyle w:val="Tabela-Siatka"/>
        <w:tblW w:w="14908" w:type="dxa"/>
        <w:jc w:val="center"/>
        <w:tblLayout w:type="fixed"/>
        <w:tblLook w:val="04A0" w:firstRow="1" w:lastRow="0" w:firstColumn="1" w:lastColumn="0" w:noHBand="0" w:noVBand="1"/>
      </w:tblPr>
      <w:tblGrid>
        <w:gridCol w:w="1361"/>
        <w:gridCol w:w="3074"/>
        <w:gridCol w:w="1276"/>
        <w:gridCol w:w="1275"/>
        <w:gridCol w:w="2552"/>
        <w:gridCol w:w="2777"/>
        <w:gridCol w:w="2593"/>
      </w:tblGrid>
      <w:tr w:rsidR="00317FD7" w:rsidRPr="00E5157D" w14:paraId="6579BBB4" w14:textId="77777777" w:rsidTr="00C85BF5">
        <w:trPr>
          <w:trHeight w:val="352"/>
          <w:tblHeader/>
          <w:jc w:val="center"/>
        </w:trPr>
        <w:tc>
          <w:tcPr>
            <w:tcW w:w="1361" w:type="dxa"/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045B0F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E5157D">
              <w:rPr>
                <w:rFonts w:asciiTheme="majorHAnsi" w:hAnsiTheme="majorHAnsi" w:cstheme="majorHAnsi"/>
                <w:b/>
                <w:sz w:val="20"/>
                <w:szCs w:val="20"/>
              </w:rPr>
              <w:t>Numer</w:t>
            </w:r>
            <w:proofErr w:type="spellEnd"/>
            <w:r w:rsidRPr="00E5157D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KRS</w:t>
            </w:r>
          </w:p>
        </w:tc>
        <w:tc>
          <w:tcPr>
            <w:tcW w:w="3074" w:type="dxa"/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262331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b/>
                <w:sz w:val="20"/>
                <w:szCs w:val="20"/>
              </w:rPr>
              <w:t>Nazwa</w:t>
            </w:r>
          </w:p>
        </w:tc>
        <w:tc>
          <w:tcPr>
            <w:tcW w:w="1276" w:type="dxa"/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20F95A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b/>
                <w:sz w:val="20"/>
                <w:szCs w:val="20"/>
              </w:rPr>
              <w:t>Data wpisu do KRS</w:t>
            </w:r>
          </w:p>
        </w:tc>
        <w:tc>
          <w:tcPr>
            <w:tcW w:w="1275" w:type="dxa"/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0AB08F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b/>
                <w:sz w:val="20"/>
                <w:szCs w:val="20"/>
              </w:rPr>
              <w:t>Miejscowość</w:t>
            </w:r>
          </w:p>
        </w:tc>
        <w:tc>
          <w:tcPr>
            <w:tcW w:w="2552" w:type="dxa"/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244701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b/>
                <w:sz w:val="20"/>
                <w:szCs w:val="20"/>
              </w:rPr>
              <w:t>Adres</w:t>
            </w:r>
          </w:p>
        </w:tc>
        <w:tc>
          <w:tcPr>
            <w:tcW w:w="2777" w:type="dxa"/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C497CE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b/>
                <w:sz w:val="20"/>
                <w:szCs w:val="20"/>
              </w:rPr>
              <w:t>E-mail</w:t>
            </w:r>
          </w:p>
        </w:tc>
        <w:tc>
          <w:tcPr>
            <w:tcW w:w="2593" w:type="dxa"/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007449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b/>
                <w:sz w:val="20"/>
                <w:szCs w:val="20"/>
              </w:rPr>
              <w:t>Strona / Facebook</w:t>
            </w:r>
          </w:p>
        </w:tc>
      </w:tr>
      <w:tr w:rsidR="00317FD7" w:rsidRPr="00E5157D" w14:paraId="4D847CF3" w14:textId="77777777" w:rsidTr="009F6942">
        <w:trPr>
          <w:trHeight w:val="327"/>
          <w:jc w:val="center"/>
        </w:trPr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22E886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0000121250</w:t>
            </w:r>
          </w:p>
        </w:tc>
        <w:tc>
          <w:tcPr>
            <w:tcW w:w="30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3F0104" w14:textId="77777777" w:rsidR="00317FD7" w:rsidRPr="00E5157D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POLSKI ZWIĄZEK RZECZOZNAWCÓW ZAMÓWIEŃ PUBLICZNYCH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6FA54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23.07.2002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8E365E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Osielsko</w:t>
            </w:r>
          </w:p>
        </w:tc>
        <w:tc>
          <w:tcPr>
            <w:tcW w:w="2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C8836D" w14:textId="77777777" w:rsidR="00317FD7" w:rsidRPr="00E5157D" w:rsidRDefault="00000000" w:rsidP="009F694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ul. Różana 1, 86-031 Osielsko</w:t>
            </w:r>
          </w:p>
        </w:tc>
        <w:tc>
          <w:tcPr>
            <w:tcW w:w="27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66A6D1" w14:textId="5E37C1A7" w:rsidR="00317FD7" w:rsidRPr="00E5157D" w:rsidRDefault="00C85BF5" w:rsidP="00C85BF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5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1A7EF0" w14:textId="393837F8" w:rsidR="00317FD7" w:rsidRPr="00E5157D" w:rsidRDefault="00C85BF5" w:rsidP="00C85BF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</w:tr>
      <w:tr w:rsidR="00317FD7" w:rsidRPr="00E5157D" w14:paraId="6A886CD7" w14:textId="77777777" w:rsidTr="009F6942">
        <w:trPr>
          <w:trHeight w:val="339"/>
          <w:jc w:val="center"/>
        </w:trPr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BA6638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0000327397</w:t>
            </w:r>
          </w:p>
        </w:tc>
        <w:tc>
          <w:tcPr>
            <w:tcW w:w="30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F0716B" w14:textId="77777777" w:rsidR="00317FD7" w:rsidRPr="00E5157D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STOWARZYSZENIE „POMAGAMY POLONII-POLONIA BYDGOSZCZ”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3C1879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03.04.2009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83A484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Osielsko</w:t>
            </w:r>
          </w:p>
        </w:tc>
        <w:tc>
          <w:tcPr>
            <w:tcW w:w="2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4B0529" w14:textId="77777777" w:rsidR="00317FD7" w:rsidRPr="00E5157D" w:rsidRDefault="00000000" w:rsidP="009F694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ul. Jaworowa 2a, 86-031 Osielsko</w:t>
            </w:r>
          </w:p>
        </w:tc>
        <w:tc>
          <w:tcPr>
            <w:tcW w:w="27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11F25A" w14:textId="21F6639E" w:rsidR="00317FD7" w:rsidRPr="00E5157D" w:rsidRDefault="00C85BF5" w:rsidP="00C85BF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hyperlink r:id="rId6" w:history="1">
              <w:r w:rsidRPr="00C85BF5">
                <w:rPr>
                  <w:rStyle w:val="Hipercze"/>
                  <w:rFonts w:asciiTheme="majorHAnsi" w:hAnsiTheme="majorHAnsi" w:cstheme="majorHAnsi"/>
                  <w:sz w:val="20"/>
                  <w:szCs w:val="20"/>
                </w:rPr>
                <w:t>pomagamy.polonii@gmail.com</w:t>
              </w:r>
            </w:hyperlink>
          </w:p>
        </w:tc>
        <w:tc>
          <w:tcPr>
            <w:tcW w:w="25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8B354C" w14:textId="605839E3" w:rsidR="00317FD7" w:rsidRPr="00E5157D" w:rsidRDefault="00C85BF5" w:rsidP="00C85BF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hyperlink r:id="rId7" w:history="1">
              <w:r w:rsidRPr="00C85BF5">
                <w:rPr>
                  <w:rStyle w:val="Hipercze"/>
                  <w:rFonts w:asciiTheme="majorHAnsi" w:hAnsiTheme="majorHAnsi" w:cstheme="majorHAnsi"/>
                  <w:sz w:val="20"/>
                  <w:szCs w:val="20"/>
                </w:rPr>
                <w:t>https://www.facebook.com/pomagamy.polonii</w:t>
              </w:r>
            </w:hyperlink>
          </w:p>
        </w:tc>
      </w:tr>
      <w:tr w:rsidR="00317FD7" w:rsidRPr="00E5157D" w14:paraId="1E476043" w14:textId="77777777" w:rsidTr="009F6942">
        <w:trPr>
          <w:trHeight w:val="490"/>
          <w:jc w:val="center"/>
        </w:trPr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C451D8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0000366396</w:t>
            </w:r>
          </w:p>
        </w:tc>
        <w:tc>
          <w:tcPr>
            <w:tcW w:w="30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8487DD" w14:textId="77777777" w:rsidR="00317FD7" w:rsidRPr="00E5157D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KOŁO PRZYJACIÓŁ 26 PUŁKU UŁANÓW WIELKOPOLSKICH IM. HETMANA WIELKIEGO JANA KAROLA CHODKIEWICZA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5CEC33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24.09.2010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DE1BDF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Niemcz</w:t>
            </w:r>
          </w:p>
        </w:tc>
        <w:tc>
          <w:tcPr>
            <w:tcW w:w="2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E00E74" w14:textId="77777777" w:rsidR="00317FD7" w:rsidRPr="00E5157D" w:rsidRDefault="00000000" w:rsidP="009F694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ul. Pitagorasa 5, 86-032 Niemcz</w:t>
            </w:r>
          </w:p>
        </w:tc>
        <w:tc>
          <w:tcPr>
            <w:tcW w:w="27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976D2E" w14:textId="5342B9A4" w:rsidR="00317FD7" w:rsidRPr="00E5157D" w:rsidRDefault="00C85BF5" w:rsidP="00C85BF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hyperlink r:id="rId8" w:history="1">
              <w:r w:rsidRPr="00C85BF5">
                <w:rPr>
                  <w:rStyle w:val="Hipercze"/>
                  <w:rFonts w:asciiTheme="majorHAnsi" w:hAnsiTheme="majorHAnsi" w:cstheme="majorHAnsi"/>
                  <w:sz w:val="20"/>
                  <w:szCs w:val="20"/>
                </w:rPr>
                <w:t>poczta@26puw.bzi.pl</w:t>
              </w:r>
            </w:hyperlink>
          </w:p>
        </w:tc>
        <w:tc>
          <w:tcPr>
            <w:tcW w:w="25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444CE8" w14:textId="7CA3966B" w:rsidR="00317FD7" w:rsidRPr="00E5157D" w:rsidRDefault="00C85BF5" w:rsidP="00C85BF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hyperlink r:id="rId9" w:history="1">
              <w:r w:rsidRPr="00C85BF5">
                <w:rPr>
                  <w:rStyle w:val="Hipercze"/>
                  <w:rFonts w:asciiTheme="majorHAnsi" w:hAnsiTheme="majorHAnsi" w:cstheme="majorHAnsi"/>
                  <w:sz w:val="20"/>
                  <w:szCs w:val="20"/>
                </w:rPr>
                <w:t>https://www.26puw.bzi.pl/o-nas/kontakt</w:t>
              </w:r>
            </w:hyperlink>
          </w:p>
        </w:tc>
      </w:tr>
      <w:tr w:rsidR="00317FD7" w:rsidRPr="00E5157D" w14:paraId="02498897" w14:textId="77777777" w:rsidTr="009F6942">
        <w:trPr>
          <w:trHeight w:val="176"/>
          <w:jc w:val="center"/>
        </w:trPr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44A71C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0000476710</w:t>
            </w:r>
          </w:p>
        </w:tc>
        <w:tc>
          <w:tcPr>
            <w:tcW w:w="30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CB9C8F" w14:textId="77777777" w:rsidR="00317FD7" w:rsidRPr="00E5157D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STOWARZYSZENIE DZIAŁKOWCÓW „WRZOS”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420D69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11.09.2013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0971E6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Bożenkowo</w:t>
            </w:r>
          </w:p>
        </w:tc>
        <w:tc>
          <w:tcPr>
            <w:tcW w:w="2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636F08" w14:textId="77777777" w:rsidR="00317FD7" w:rsidRPr="00E5157D" w:rsidRDefault="00000000" w:rsidP="009F694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ul. Rekreacyjna 7, 86-021 Bożenkowo</w:t>
            </w:r>
          </w:p>
        </w:tc>
        <w:tc>
          <w:tcPr>
            <w:tcW w:w="27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A73DA8" w14:textId="5E26F39E" w:rsidR="00317FD7" w:rsidRPr="00E5157D" w:rsidRDefault="00890C9C" w:rsidP="00C85BF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5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F50EE8" w14:textId="5DEAF122" w:rsidR="00317FD7" w:rsidRPr="00E5157D" w:rsidRDefault="00890C9C" w:rsidP="00C85BF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</w:tr>
      <w:tr w:rsidR="00317FD7" w:rsidRPr="00E5157D" w14:paraId="75F2E7A8" w14:textId="77777777" w:rsidTr="009F6942">
        <w:trPr>
          <w:trHeight w:val="327"/>
          <w:jc w:val="center"/>
        </w:trPr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09C612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0000540741</w:t>
            </w:r>
          </w:p>
        </w:tc>
        <w:tc>
          <w:tcPr>
            <w:tcW w:w="30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0089BE" w14:textId="77777777" w:rsidR="00317FD7" w:rsidRPr="00E5157D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STOWARZYSZENIE OGRODOWE „ELTROWCY” W BOŻENKOWIE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B10966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30.01.2015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C283EB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Bożenkowo</w:t>
            </w:r>
          </w:p>
        </w:tc>
        <w:tc>
          <w:tcPr>
            <w:tcW w:w="2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4B9D7F" w14:textId="77777777" w:rsidR="00317FD7" w:rsidRPr="00E5157D" w:rsidRDefault="00000000" w:rsidP="009F694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ul. Rekreacyjna 1, 86-031 Osielsko</w:t>
            </w:r>
          </w:p>
        </w:tc>
        <w:tc>
          <w:tcPr>
            <w:tcW w:w="27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E5E3C9" w14:textId="1D2B127B" w:rsidR="00317FD7" w:rsidRPr="00E5157D" w:rsidRDefault="00890C9C" w:rsidP="00C85BF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  <w:tc>
          <w:tcPr>
            <w:tcW w:w="25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6056E8" w14:textId="37D0F850" w:rsidR="00317FD7" w:rsidRPr="00E5157D" w:rsidRDefault="00890C9C" w:rsidP="00C85BF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</w:t>
            </w:r>
          </w:p>
        </w:tc>
      </w:tr>
      <w:tr w:rsidR="00317FD7" w:rsidRPr="00E5157D" w14:paraId="68129ECF" w14:textId="77777777" w:rsidTr="009F6942">
        <w:trPr>
          <w:trHeight w:val="327"/>
          <w:jc w:val="center"/>
        </w:trPr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AE0F05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0000540991</w:t>
            </w:r>
          </w:p>
        </w:tc>
        <w:tc>
          <w:tcPr>
            <w:tcW w:w="30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82F760" w14:textId="77777777" w:rsidR="00317FD7" w:rsidRPr="00E5157D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STOWARZYSZENIE OGRODOWE RODZINNEGO OGRODU DZIAŁKOWEGO „BUDOWLANI”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58FF6F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28.01.2015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4C22D6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Bożenkowo</w:t>
            </w:r>
          </w:p>
        </w:tc>
        <w:tc>
          <w:tcPr>
            <w:tcW w:w="2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E13997" w14:textId="77777777" w:rsidR="00317FD7" w:rsidRPr="00E5157D" w:rsidRDefault="00000000" w:rsidP="009F694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ul. Rekreacyjna 59, 86-031 Osielsko</w:t>
            </w:r>
          </w:p>
        </w:tc>
        <w:tc>
          <w:tcPr>
            <w:tcW w:w="27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6B4B7E" w14:textId="45068324" w:rsidR="00317FD7" w:rsidRPr="00E5157D" w:rsidRDefault="00890C9C" w:rsidP="00C85BF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hyperlink r:id="rId10" w:history="1">
              <w:r w:rsidRPr="00890C9C">
                <w:rPr>
                  <w:rStyle w:val="Hipercze"/>
                  <w:rFonts w:asciiTheme="majorHAnsi" w:hAnsiTheme="majorHAnsi" w:cstheme="majorHAnsi"/>
                  <w:sz w:val="20"/>
                  <w:szCs w:val="20"/>
                </w:rPr>
                <w:t>budowlani2015@onet.eu</w:t>
              </w:r>
            </w:hyperlink>
          </w:p>
        </w:tc>
        <w:tc>
          <w:tcPr>
            <w:tcW w:w="25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C0C504" w14:textId="77777777" w:rsidR="00317FD7" w:rsidRDefault="00890C9C" w:rsidP="00C85BF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hyperlink r:id="rId11" w:history="1">
              <w:r w:rsidRPr="00890C9C">
                <w:rPr>
                  <w:rStyle w:val="Hipercze"/>
                  <w:rFonts w:asciiTheme="majorHAnsi" w:hAnsiTheme="majorHAnsi" w:cstheme="majorHAnsi"/>
                  <w:sz w:val="20"/>
                  <w:szCs w:val="20"/>
                </w:rPr>
                <w:t>https://www.facebook.com/rodbudowlani/</w:t>
              </w:r>
            </w:hyperlink>
          </w:p>
          <w:p w14:paraId="1B3C0182" w14:textId="2232CE42" w:rsidR="00890C9C" w:rsidRPr="00E5157D" w:rsidRDefault="00890C9C" w:rsidP="00C85BF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hyperlink r:id="rId12" w:history="1">
              <w:r w:rsidRPr="00890C9C">
                <w:rPr>
                  <w:rStyle w:val="Hipercze"/>
                  <w:rFonts w:asciiTheme="majorHAnsi" w:hAnsiTheme="majorHAnsi" w:cstheme="majorHAnsi"/>
                  <w:sz w:val="20"/>
                  <w:szCs w:val="20"/>
                </w:rPr>
                <w:t>https://sorodbudowlani.pl/index.html</w:t>
              </w:r>
            </w:hyperlink>
          </w:p>
        </w:tc>
      </w:tr>
      <w:tr w:rsidR="00317FD7" w:rsidRPr="00E5157D" w14:paraId="29B16713" w14:textId="77777777" w:rsidTr="009F6942">
        <w:trPr>
          <w:trHeight w:val="339"/>
          <w:jc w:val="center"/>
        </w:trPr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634916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0000597167</w:t>
            </w:r>
          </w:p>
        </w:tc>
        <w:tc>
          <w:tcPr>
            <w:tcW w:w="30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F79B52" w14:textId="77777777" w:rsidR="00317FD7" w:rsidRPr="00E5157D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KUJAWSKO-POMORSKIE TOWARZYSTWO MUZYCZNE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0E79D2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15.01.2016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644FBE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Niemcz</w:t>
            </w:r>
          </w:p>
        </w:tc>
        <w:tc>
          <w:tcPr>
            <w:tcW w:w="2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541FCA" w14:textId="77777777" w:rsidR="00317FD7" w:rsidRPr="00E5157D" w:rsidRDefault="00000000" w:rsidP="009F694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ul. Marii Konopnickiej 45a, 86-032 Niemcz</w:t>
            </w:r>
          </w:p>
        </w:tc>
        <w:tc>
          <w:tcPr>
            <w:tcW w:w="27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545437" w14:textId="77777777" w:rsidR="00317FD7" w:rsidRPr="00E5157D" w:rsidRDefault="00000000" w:rsidP="00C85BF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–</w:t>
            </w:r>
          </w:p>
        </w:tc>
        <w:tc>
          <w:tcPr>
            <w:tcW w:w="25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2F6E91" w14:textId="77777777" w:rsidR="00317FD7" w:rsidRPr="00E5157D" w:rsidRDefault="00000000" w:rsidP="00C85BF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–</w:t>
            </w:r>
          </w:p>
        </w:tc>
      </w:tr>
      <w:tr w:rsidR="00317FD7" w:rsidRPr="00E5157D" w14:paraId="45FBA5A6" w14:textId="77777777" w:rsidTr="009F6942">
        <w:trPr>
          <w:trHeight w:val="163"/>
          <w:jc w:val="center"/>
        </w:trPr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9C8A42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0000776479</w:t>
            </w:r>
          </w:p>
        </w:tc>
        <w:tc>
          <w:tcPr>
            <w:tcW w:w="30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70F313" w14:textId="77777777" w:rsidR="00317FD7" w:rsidRPr="00E5157D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„SĄSIEDZI GMINA OSIELSKO”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29E55C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01.04.2019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50E2DE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Osielsko</w:t>
            </w:r>
          </w:p>
        </w:tc>
        <w:tc>
          <w:tcPr>
            <w:tcW w:w="2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1C66F1" w14:textId="77777777" w:rsidR="00317FD7" w:rsidRPr="00E5157D" w:rsidRDefault="00000000" w:rsidP="009F694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ul. Zacisze 5, 86-031 Osielsko</w:t>
            </w:r>
          </w:p>
        </w:tc>
        <w:tc>
          <w:tcPr>
            <w:tcW w:w="27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A614FB" w14:textId="77777777" w:rsidR="00317FD7" w:rsidRPr="00E5157D" w:rsidRDefault="00000000" w:rsidP="00C85BF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–</w:t>
            </w:r>
          </w:p>
        </w:tc>
        <w:tc>
          <w:tcPr>
            <w:tcW w:w="25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7F8419" w14:textId="77777777" w:rsidR="00317FD7" w:rsidRPr="00E5157D" w:rsidRDefault="00000000" w:rsidP="00C85BF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–</w:t>
            </w:r>
          </w:p>
        </w:tc>
      </w:tr>
      <w:tr w:rsidR="00317FD7" w:rsidRPr="00E5157D" w14:paraId="0650175E" w14:textId="77777777" w:rsidTr="009F6942">
        <w:trPr>
          <w:trHeight w:val="176"/>
          <w:jc w:val="center"/>
        </w:trPr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0EAC31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0000785015</w:t>
            </w:r>
          </w:p>
        </w:tc>
        <w:tc>
          <w:tcPr>
            <w:tcW w:w="30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F0BA4D" w14:textId="77777777" w:rsidR="00317FD7" w:rsidRPr="00E5157D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OCHOTNICZA STRAŻ POŻARNA OSIELSKO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280866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07.05.2019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D6DE2A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Myślęcinek</w:t>
            </w:r>
          </w:p>
        </w:tc>
        <w:tc>
          <w:tcPr>
            <w:tcW w:w="2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15B212" w14:textId="77777777" w:rsidR="00317FD7" w:rsidRPr="00E5157D" w:rsidRDefault="00000000" w:rsidP="009F694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ul. Żurawia 10, 86-031 Osielsko</w:t>
            </w:r>
          </w:p>
        </w:tc>
        <w:tc>
          <w:tcPr>
            <w:tcW w:w="27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5D3AF4" w14:textId="77777777" w:rsidR="00317FD7" w:rsidRPr="00E5157D" w:rsidRDefault="00000000" w:rsidP="00C85BF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–</w:t>
            </w:r>
          </w:p>
        </w:tc>
        <w:tc>
          <w:tcPr>
            <w:tcW w:w="25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AB5105" w14:textId="77777777" w:rsidR="00317FD7" w:rsidRPr="00E5157D" w:rsidRDefault="00000000" w:rsidP="00C85BF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–</w:t>
            </w:r>
          </w:p>
        </w:tc>
      </w:tr>
      <w:tr w:rsidR="00317FD7" w:rsidRPr="00E5157D" w14:paraId="4D50E0FF" w14:textId="77777777" w:rsidTr="009F6942">
        <w:trPr>
          <w:trHeight w:val="327"/>
          <w:jc w:val="center"/>
        </w:trPr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9D2FDD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0001019841</w:t>
            </w:r>
          </w:p>
        </w:tc>
        <w:tc>
          <w:tcPr>
            <w:tcW w:w="30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420C66" w14:textId="77777777" w:rsidR="00317FD7" w:rsidRPr="00E5157D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STOWARZYSZENIE TECHNIKÓW I EKSPERTÓW OSUSZANIA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E27A19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17.02.2023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72F124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Żołędowo</w:t>
            </w:r>
          </w:p>
        </w:tc>
        <w:tc>
          <w:tcPr>
            <w:tcW w:w="2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99C6AC" w14:textId="77777777" w:rsidR="00317FD7" w:rsidRPr="00E5157D" w:rsidRDefault="00000000" w:rsidP="009F694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ul. Sadownicza 1, 86-021 Żołędowo</w:t>
            </w:r>
          </w:p>
        </w:tc>
        <w:tc>
          <w:tcPr>
            <w:tcW w:w="27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679118" w14:textId="2998708E" w:rsidR="00317FD7" w:rsidRPr="00E5157D" w:rsidRDefault="00FE1C8F" w:rsidP="00C85BF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hyperlink r:id="rId13" w:history="1">
              <w:r w:rsidRPr="008A1FE5">
                <w:rPr>
                  <w:rStyle w:val="Hipercze"/>
                  <w:rFonts w:asciiTheme="majorHAnsi" w:hAnsiTheme="majorHAnsi" w:cstheme="majorHAnsi"/>
                  <w:sz w:val="20"/>
                  <w:szCs w:val="20"/>
                </w:rPr>
                <w:t>biuro@stieo.pl</w:t>
              </w:r>
            </w:hyperlink>
          </w:p>
        </w:tc>
        <w:tc>
          <w:tcPr>
            <w:tcW w:w="25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36330A" w14:textId="2E607F48" w:rsidR="00317FD7" w:rsidRPr="00E5157D" w:rsidRDefault="00FE1C8F" w:rsidP="00C85BF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hyperlink r:id="rId14" w:history="1">
              <w:r w:rsidRPr="00FE1C8F">
                <w:rPr>
                  <w:rStyle w:val="Hipercze"/>
                  <w:rFonts w:asciiTheme="majorHAnsi" w:hAnsiTheme="majorHAnsi" w:cstheme="majorHAnsi"/>
                  <w:sz w:val="20"/>
                  <w:szCs w:val="20"/>
                </w:rPr>
                <w:t>https://stieo.pl/</w:t>
              </w:r>
            </w:hyperlink>
          </w:p>
        </w:tc>
      </w:tr>
      <w:tr w:rsidR="00317FD7" w:rsidRPr="00E5157D" w14:paraId="26E9511C" w14:textId="77777777" w:rsidTr="009F6942">
        <w:trPr>
          <w:cantSplit/>
          <w:trHeight w:val="490"/>
          <w:jc w:val="center"/>
        </w:trPr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D472BA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0001129955</w:t>
            </w:r>
          </w:p>
        </w:tc>
        <w:tc>
          <w:tcPr>
            <w:tcW w:w="30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42061D" w14:textId="0C105F58" w:rsidR="00317FD7" w:rsidRPr="00E5157D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 xml:space="preserve">STOWARZYSZENIE WŁAŚCICIELI APARTAMENTÓW </w:t>
            </w:r>
            <w:r w:rsidR="00FE1C8F">
              <w:rPr>
                <w:rFonts w:asciiTheme="majorHAnsi" w:hAnsiTheme="majorHAnsi" w:cstheme="majorHAnsi"/>
                <w:sz w:val="20"/>
                <w:szCs w:val="20"/>
              </w:rPr>
              <w:t>PRZY ULICY BRZOZWEJ 4 I 6</w:t>
            </w: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 xml:space="preserve"> W STEGNIE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F15762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07.11.2024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B22412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Niemcz</w:t>
            </w:r>
          </w:p>
        </w:tc>
        <w:tc>
          <w:tcPr>
            <w:tcW w:w="2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1E755F" w14:textId="77777777" w:rsidR="00317FD7" w:rsidRPr="00E5157D" w:rsidRDefault="00000000" w:rsidP="009F694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ul. Czarnoleska 12, 86-032 Niemcz</w:t>
            </w:r>
          </w:p>
        </w:tc>
        <w:tc>
          <w:tcPr>
            <w:tcW w:w="27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898524" w14:textId="77777777" w:rsidR="00317FD7" w:rsidRPr="00E5157D" w:rsidRDefault="00000000" w:rsidP="00C85BF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–</w:t>
            </w:r>
          </w:p>
        </w:tc>
        <w:tc>
          <w:tcPr>
            <w:tcW w:w="25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C5A8CB" w14:textId="77777777" w:rsidR="00317FD7" w:rsidRPr="00E5157D" w:rsidRDefault="00000000" w:rsidP="00C85BF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–</w:t>
            </w:r>
          </w:p>
        </w:tc>
      </w:tr>
      <w:tr w:rsidR="00317FD7" w:rsidRPr="00E5157D" w14:paraId="6307F0BD" w14:textId="77777777" w:rsidTr="009F6942">
        <w:trPr>
          <w:trHeight w:val="339"/>
          <w:jc w:val="center"/>
        </w:trPr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D95F16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0001158730</w:t>
            </w:r>
          </w:p>
        </w:tc>
        <w:tc>
          <w:tcPr>
            <w:tcW w:w="30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21A682" w14:textId="77777777" w:rsidR="00317FD7" w:rsidRPr="00E5157D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STOWARZYSZENIE AUXULIUM CHRISTIANORUM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FDA90F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28.02.2025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4B8A81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Niemcz</w:t>
            </w:r>
          </w:p>
        </w:tc>
        <w:tc>
          <w:tcPr>
            <w:tcW w:w="2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0D39A0" w14:textId="77777777" w:rsidR="00317FD7" w:rsidRPr="00E5157D" w:rsidRDefault="00000000" w:rsidP="009F694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ul. Ks. Henryka Mrossa 1, 86-032 Niemcz</w:t>
            </w:r>
          </w:p>
        </w:tc>
        <w:tc>
          <w:tcPr>
            <w:tcW w:w="27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6882E4" w14:textId="77777777" w:rsidR="00317FD7" w:rsidRPr="00E5157D" w:rsidRDefault="00000000" w:rsidP="00C85BF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–</w:t>
            </w:r>
          </w:p>
        </w:tc>
        <w:tc>
          <w:tcPr>
            <w:tcW w:w="25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7267E0" w14:textId="77777777" w:rsidR="00317FD7" w:rsidRPr="00E5157D" w:rsidRDefault="00000000" w:rsidP="00C85BF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–</w:t>
            </w:r>
          </w:p>
        </w:tc>
      </w:tr>
      <w:tr w:rsidR="00317FD7" w:rsidRPr="00E5157D" w14:paraId="705B61D4" w14:textId="77777777" w:rsidTr="009F6942">
        <w:trPr>
          <w:trHeight w:val="163"/>
          <w:jc w:val="center"/>
        </w:trPr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AB5FF2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0001170699</w:t>
            </w:r>
          </w:p>
        </w:tc>
        <w:tc>
          <w:tcPr>
            <w:tcW w:w="30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8CA639" w14:textId="77777777" w:rsidR="00317FD7" w:rsidRPr="00E5157D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STOWARZYSZENIE SUPER KIDS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D1B459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30.05.2025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00736D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Niemcz</w:t>
            </w:r>
          </w:p>
        </w:tc>
        <w:tc>
          <w:tcPr>
            <w:tcW w:w="2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59062D" w14:textId="77777777" w:rsidR="00317FD7" w:rsidRPr="00E5157D" w:rsidRDefault="00000000" w:rsidP="009F694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ul. Bydgoska 47, 86-022 Niemcz</w:t>
            </w:r>
          </w:p>
        </w:tc>
        <w:tc>
          <w:tcPr>
            <w:tcW w:w="27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4E9D33" w14:textId="77777777" w:rsidR="00317FD7" w:rsidRPr="00E5157D" w:rsidRDefault="00000000" w:rsidP="00C85BF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–</w:t>
            </w:r>
          </w:p>
        </w:tc>
        <w:tc>
          <w:tcPr>
            <w:tcW w:w="25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F197DB" w14:textId="77777777" w:rsidR="00317FD7" w:rsidRPr="00E5157D" w:rsidRDefault="00000000" w:rsidP="00C85BF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–</w:t>
            </w:r>
          </w:p>
        </w:tc>
      </w:tr>
      <w:tr w:rsidR="00317FD7" w:rsidRPr="00E5157D" w14:paraId="20367A57" w14:textId="77777777" w:rsidTr="009F6942">
        <w:trPr>
          <w:trHeight w:val="163"/>
          <w:jc w:val="center"/>
        </w:trPr>
        <w:tc>
          <w:tcPr>
            <w:tcW w:w="136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C507D6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0001238923</w:t>
            </w:r>
          </w:p>
        </w:tc>
        <w:tc>
          <w:tcPr>
            <w:tcW w:w="30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CA8678" w14:textId="77777777" w:rsidR="00317FD7" w:rsidRPr="00E5157D" w:rsidRDefault="0000000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OCHOTNICZA STRAŻ POŻARNA JARUŻYN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956875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15.05.2026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D5398D" w14:textId="77777777" w:rsidR="00317FD7" w:rsidRPr="00E5157D" w:rsidRDefault="0000000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Jarużyn</w:t>
            </w:r>
          </w:p>
        </w:tc>
        <w:tc>
          <w:tcPr>
            <w:tcW w:w="2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0DC963" w14:textId="77777777" w:rsidR="00317FD7" w:rsidRPr="00E5157D" w:rsidRDefault="00000000" w:rsidP="009F694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ul. Starowiejska 26, 86-031 Osielsko</w:t>
            </w:r>
          </w:p>
        </w:tc>
        <w:tc>
          <w:tcPr>
            <w:tcW w:w="27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F3BBDA" w14:textId="77777777" w:rsidR="00317FD7" w:rsidRPr="00E5157D" w:rsidRDefault="00000000" w:rsidP="00C85BF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–</w:t>
            </w:r>
          </w:p>
        </w:tc>
        <w:tc>
          <w:tcPr>
            <w:tcW w:w="25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7A485A" w14:textId="77777777" w:rsidR="00317FD7" w:rsidRPr="00E5157D" w:rsidRDefault="00000000" w:rsidP="00C85BF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E5157D">
              <w:rPr>
                <w:rFonts w:asciiTheme="majorHAnsi" w:hAnsiTheme="majorHAnsi" w:cstheme="majorHAnsi"/>
                <w:sz w:val="20"/>
                <w:szCs w:val="20"/>
              </w:rPr>
              <w:t>–</w:t>
            </w:r>
          </w:p>
        </w:tc>
      </w:tr>
    </w:tbl>
    <w:p w14:paraId="650026AF" w14:textId="77777777" w:rsidR="00911658" w:rsidRDefault="00911658"/>
    <w:sectPr w:rsidR="00911658" w:rsidSect="00034616">
      <w:pgSz w:w="15840" w:h="12240" w:orient="landscape"/>
      <w:pgMar w:top="792" w:right="648" w:bottom="792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5544293">
    <w:abstractNumId w:val="8"/>
  </w:num>
  <w:num w:numId="2" w16cid:durableId="798912919">
    <w:abstractNumId w:val="6"/>
  </w:num>
  <w:num w:numId="3" w16cid:durableId="1796675021">
    <w:abstractNumId w:val="5"/>
  </w:num>
  <w:num w:numId="4" w16cid:durableId="1399983708">
    <w:abstractNumId w:val="4"/>
  </w:num>
  <w:num w:numId="5" w16cid:durableId="1387533198">
    <w:abstractNumId w:val="7"/>
  </w:num>
  <w:num w:numId="6" w16cid:durableId="667441829">
    <w:abstractNumId w:val="3"/>
  </w:num>
  <w:num w:numId="7" w16cid:durableId="1464277329">
    <w:abstractNumId w:val="2"/>
  </w:num>
  <w:num w:numId="8" w16cid:durableId="841554622">
    <w:abstractNumId w:val="1"/>
  </w:num>
  <w:num w:numId="9" w16cid:durableId="2094621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17FD7"/>
    <w:rsid w:val="00324D9F"/>
    <w:rsid w:val="00326F90"/>
    <w:rsid w:val="00890C9C"/>
    <w:rsid w:val="00911658"/>
    <w:rsid w:val="009F6942"/>
    <w:rsid w:val="00AA1D8D"/>
    <w:rsid w:val="00B47730"/>
    <w:rsid w:val="00C85BF5"/>
    <w:rsid w:val="00CB0664"/>
    <w:rsid w:val="00E374A3"/>
    <w:rsid w:val="00E5157D"/>
    <w:rsid w:val="00E64388"/>
    <w:rsid w:val="00FC693F"/>
    <w:rsid w:val="00FD3626"/>
    <w:rsid w:val="00FE1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8701F4"/>
  <w14:defaultImageDpi w14:val="300"/>
  <w15:docId w15:val="{D2482529-6603-42D4-B6D9-42E641678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C85BF5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85B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topoczta@26puw.bzi" TargetMode="External"/><Relationship Id="rId13" Type="http://schemas.openxmlformats.org/officeDocument/2006/relationships/hyperlink" Target="mailto:biuro@stieo.pl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facebook.com/pomagamy.polonii" TargetMode="External"/><Relationship Id="rId12" Type="http://schemas.openxmlformats.org/officeDocument/2006/relationships/hyperlink" Target="https://sorodbudowlani.pl/index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pomagamy.polonii@gmail.com" TargetMode="External"/><Relationship Id="rId11" Type="http://schemas.openxmlformats.org/officeDocument/2006/relationships/hyperlink" Target="https://www.facebook.com/rodbudowlani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budowlani2015@onet.e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26puw.bzi.pl/o-nas/kontakt" TargetMode="External"/><Relationship Id="rId14" Type="http://schemas.openxmlformats.org/officeDocument/2006/relationships/hyperlink" Target="https://stie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357</Words>
  <Characters>2145</Characters>
  <Application>Microsoft Office Word</Application>
  <DocSecurity>0</DocSecurity>
  <Lines>17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Ewelina Leśniewska</cp:lastModifiedBy>
  <cp:revision>8</cp:revision>
  <dcterms:created xsi:type="dcterms:W3CDTF">2013-12-23T23:15:00Z</dcterms:created>
  <dcterms:modified xsi:type="dcterms:W3CDTF">2026-10-05T10:26:00Z</dcterms:modified>
  <cp:category/>
</cp:coreProperties>
</file>