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94175" w14:textId="77777777" w:rsidR="00C70AEB" w:rsidRDefault="00000000">
      <w:pPr>
        <w:jc w:val="center"/>
      </w:pPr>
      <w:r>
        <w:rPr>
          <w:b/>
          <w:sz w:val="28"/>
        </w:rPr>
        <w:t>STOWARZYSZENIA ZWYKŁE Z SIEDZIBĄ</w:t>
      </w:r>
      <w:r>
        <w:rPr>
          <w:b/>
          <w:sz w:val="28"/>
        </w:rPr>
        <w:br/>
        <w:t>NA TERENIE GMINY OSIELSKO</w:t>
      </w:r>
    </w:p>
    <w:p w14:paraId="261111A1" w14:textId="77777777" w:rsidR="00C70AEB" w:rsidRDefault="00000000">
      <w:pPr>
        <w:jc w:val="center"/>
      </w:pPr>
      <w:r>
        <w:rPr>
          <w:i/>
        </w:rPr>
        <w:t>Wykaz na podstawie ewidencji stowarzyszeń zwykłych prowadzonej przez Starostę Bydgoskiego.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4315"/>
        <w:gridCol w:w="1417"/>
        <w:gridCol w:w="2663"/>
      </w:tblGrid>
      <w:tr w:rsidR="00240C15" w14:paraId="4EBEEDBB" w14:textId="77777777" w:rsidTr="00240C15">
        <w:trPr>
          <w:jc w:val="center"/>
        </w:trPr>
        <w:tc>
          <w:tcPr>
            <w:tcW w:w="1134" w:type="dxa"/>
            <w:shd w:val="clear" w:color="auto" w:fill="92D050"/>
            <w:vAlign w:val="center"/>
          </w:tcPr>
          <w:p w14:paraId="77DE0515" w14:textId="77777777" w:rsidR="00240C15" w:rsidRPr="00240C15" w:rsidRDefault="00240C15">
            <w:pPr>
              <w:jc w:val="center"/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b/>
                <w:sz w:val="22"/>
              </w:rPr>
              <w:t xml:space="preserve">Nr </w:t>
            </w:r>
            <w:proofErr w:type="spellStart"/>
            <w:r w:rsidRPr="00240C15">
              <w:rPr>
                <w:rFonts w:ascii="Calibri" w:hAnsi="Calibri" w:cs="Calibri"/>
                <w:b/>
                <w:sz w:val="22"/>
              </w:rPr>
              <w:t>ewidencji</w:t>
            </w:r>
            <w:proofErr w:type="spellEnd"/>
          </w:p>
        </w:tc>
        <w:tc>
          <w:tcPr>
            <w:tcW w:w="4315" w:type="dxa"/>
            <w:shd w:val="clear" w:color="auto" w:fill="92D050"/>
            <w:vAlign w:val="center"/>
          </w:tcPr>
          <w:p w14:paraId="1B75EE4B" w14:textId="77777777" w:rsidR="00240C15" w:rsidRPr="00240C15" w:rsidRDefault="00240C15">
            <w:pPr>
              <w:jc w:val="center"/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b/>
                <w:sz w:val="22"/>
              </w:rPr>
              <w:t>Nazwa stowarzyszenia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164369DF" w14:textId="77777777" w:rsidR="00240C15" w:rsidRPr="00240C15" w:rsidRDefault="00240C15">
            <w:pPr>
              <w:jc w:val="center"/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b/>
                <w:sz w:val="22"/>
              </w:rPr>
              <w:t>Data wpisu</w:t>
            </w:r>
          </w:p>
        </w:tc>
        <w:tc>
          <w:tcPr>
            <w:tcW w:w="2663" w:type="dxa"/>
            <w:shd w:val="clear" w:color="auto" w:fill="92D050"/>
            <w:vAlign w:val="center"/>
          </w:tcPr>
          <w:p w14:paraId="33415373" w14:textId="77777777" w:rsidR="00240C15" w:rsidRPr="00240C15" w:rsidRDefault="00240C15">
            <w:pPr>
              <w:jc w:val="center"/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b/>
                <w:sz w:val="22"/>
              </w:rPr>
              <w:t>Adres siedziby</w:t>
            </w:r>
          </w:p>
        </w:tc>
      </w:tr>
      <w:tr w:rsidR="00240C15" w14:paraId="2A9466CA" w14:textId="77777777" w:rsidTr="00081F22">
        <w:trPr>
          <w:jc w:val="center"/>
        </w:trPr>
        <w:tc>
          <w:tcPr>
            <w:tcW w:w="113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B2F062" w14:textId="77777777" w:rsidR="00240C15" w:rsidRPr="00240C15" w:rsidRDefault="00240C15">
            <w:pPr>
              <w:jc w:val="center"/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SZ-18</w:t>
            </w:r>
          </w:p>
        </w:tc>
        <w:tc>
          <w:tcPr>
            <w:tcW w:w="43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BCA417" w14:textId="77777777" w:rsidR="00240C15" w:rsidRPr="00240C15" w:rsidRDefault="00240C15">
            <w:pPr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Człowiekiem Jestem</w:t>
            </w:r>
          </w:p>
        </w:tc>
        <w:tc>
          <w:tcPr>
            <w:tcW w:w="14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EFBA94" w14:textId="77777777" w:rsidR="00240C15" w:rsidRPr="00240C15" w:rsidRDefault="00240C15">
            <w:pPr>
              <w:jc w:val="center"/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27.02.2019</w:t>
            </w:r>
          </w:p>
        </w:tc>
        <w:tc>
          <w:tcPr>
            <w:tcW w:w="26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D5B0C2" w14:textId="77777777" w:rsidR="00240C15" w:rsidRPr="00240C15" w:rsidRDefault="00240C15" w:rsidP="00081F22">
            <w:pPr>
              <w:jc w:val="center"/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ul. Tuwima 5</w:t>
            </w:r>
            <w:r w:rsidRPr="00240C15">
              <w:rPr>
                <w:rFonts w:ascii="Calibri" w:hAnsi="Calibri" w:cs="Calibri"/>
                <w:sz w:val="22"/>
              </w:rPr>
              <w:br/>
              <w:t>86-032 Niemcz</w:t>
            </w:r>
          </w:p>
        </w:tc>
      </w:tr>
      <w:tr w:rsidR="00240C15" w14:paraId="4F127623" w14:textId="77777777" w:rsidTr="00081F22">
        <w:trPr>
          <w:jc w:val="center"/>
        </w:trPr>
        <w:tc>
          <w:tcPr>
            <w:tcW w:w="113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38226F" w14:textId="77777777" w:rsidR="00240C15" w:rsidRPr="00240C15" w:rsidRDefault="00240C15">
            <w:pPr>
              <w:jc w:val="center"/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SZ-19</w:t>
            </w:r>
          </w:p>
        </w:tc>
        <w:tc>
          <w:tcPr>
            <w:tcW w:w="43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8DC800" w14:textId="77777777" w:rsidR="00240C15" w:rsidRPr="00240C15" w:rsidRDefault="00240C15">
            <w:pPr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Drogocenne Perły</w:t>
            </w:r>
          </w:p>
        </w:tc>
        <w:tc>
          <w:tcPr>
            <w:tcW w:w="14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3E9360" w14:textId="77777777" w:rsidR="00240C15" w:rsidRPr="00240C15" w:rsidRDefault="00240C15">
            <w:pPr>
              <w:jc w:val="center"/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04.03.2019</w:t>
            </w:r>
          </w:p>
        </w:tc>
        <w:tc>
          <w:tcPr>
            <w:tcW w:w="26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A88897" w14:textId="77777777" w:rsidR="00240C15" w:rsidRPr="00240C15" w:rsidRDefault="00240C15" w:rsidP="00081F22">
            <w:pPr>
              <w:jc w:val="center"/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ul. Wita Stwosza 14</w:t>
            </w:r>
            <w:r w:rsidRPr="00240C15">
              <w:rPr>
                <w:rFonts w:ascii="Calibri" w:hAnsi="Calibri" w:cs="Calibri"/>
                <w:sz w:val="22"/>
              </w:rPr>
              <w:br/>
              <w:t>86-032 Niemcz</w:t>
            </w:r>
          </w:p>
        </w:tc>
      </w:tr>
      <w:tr w:rsidR="00240C15" w14:paraId="757E2FB2" w14:textId="77777777" w:rsidTr="00081F22">
        <w:trPr>
          <w:jc w:val="center"/>
        </w:trPr>
        <w:tc>
          <w:tcPr>
            <w:tcW w:w="113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4AFCC7" w14:textId="77777777" w:rsidR="00240C15" w:rsidRPr="00240C15" w:rsidRDefault="00240C15">
            <w:pPr>
              <w:jc w:val="center"/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SZ-27</w:t>
            </w:r>
          </w:p>
        </w:tc>
        <w:tc>
          <w:tcPr>
            <w:tcW w:w="43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D00C86" w14:textId="77777777" w:rsidR="00240C15" w:rsidRPr="00240C15" w:rsidRDefault="00240C15">
            <w:pPr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Stowarzyszenie Mieszkańców RAZEM</w:t>
            </w:r>
          </w:p>
        </w:tc>
        <w:tc>
          <w:tcPr>
            <w:tcW w:w="14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7D4D4C" w14:textId="77777777" w:rsidR="00240C15" w:rsidRPr="00240C15" w:rsidRDefault="00240C15">
            <w:pPr>
              <w:jc w:val="center"/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16.08.2021</w:t>
            </w:r>
          </w:p>
        </w:tc>
        <w:tc>
          <w:tcPr>
            <w:tcW w:w="26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0AFD34" w14:textId="77777777" w:rsidR="00240C15" w:rsidRPr="00240C15" w:rsidRDefault="00240C15" w:rsidP="00081F22">
            <w:pPr>
              <w:jc w:val="center"/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ul. Kanarkowa 20</w:t>
            </w:r>
            <w:r w:rsidRPr="00240C15">
              <w:rPr>
                <w:rFonts w:ascii="Calibri" w:hAnsi="Calibri" w:cs="Calibri"/>
                <w:sz w:val="22"/>
              </w:rPr>
              <w:br/>
              <w:t>86-021 Żołędowo</w:t>
            </w:r>
          </w:p>
        </w:tc>
      </w:tr>
      <w:tr w:rsidR="00240C15" w14:paraId="23C91D15" w14:textId="77777777" w:rsidTr="00081F22">
        <w:trPr>
          <w:jc w:val="center"/>
        </w:trPr>
        <w:tc>
          <w:tcPr>
            <w:tcW w:w="113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F8C8F0" w14:textId="77777777" w:rsidR="00240C15" w:rsidRPr="00240C15" w:rsidRDefault="00240C15">
            <w:pPr>
              <w:jc w:val="center"/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SZ-32</w:t>
            </w:r>
          </w:p>
        </w:tc>
        <w:tc>
          <w:tcPr>
            <w:tcW w:w="43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4149AC" w14:textId="77777777" w:rsidR="00240C15" w:rsidRPr="00240C15" w:rsidRDefault="00240C15">
            <w:pPr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Stowarzyszenie Mieszkańców Portu Jagodowo</w:t>
            </w:r>
          </w:p>
        </w:tc>
        <w:tc>
          <w:tcPr>
            <w:tcW w:w="14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B424F2" w14:textId="77777777" w:rsidR="00240C15" w:rsidRPr="00240C15" w:rsidRDefault="00240C15">
            <w:pPr>
              <w:jc w:val="center"/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17.02.2022</w:t>
            </w:r>
          </w:p>
        </w:tc>
        <w:tc>
          <w:tcPr>
            <w:tcW w:w="26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FA5378" w14:textId="77777777" w:rsidR="00240C15" w:rsidRPr="00240C15" w:rsidRDefault="00240C15" w:rsidP="00081F22">
            <w:pPr>
              <w:jc w:val="center"/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ul. Czerwcowa 8</w:t>
            </w:r>
            <w:r w:rsidRPr="00240C15">
              <w:rPr>
                <w:rFonts w:ascii="Calibri" w:hAnsi="Calibri" w:cs="Calibri"/>
                <w:sz w:val="22"/>
              </w:rPr>
              <w:br/>
              <w:t>86-031 Jagodowo</w:t>
            </w:r>
          </w:p>
        </w:tc>
      </w:tr>
      <w:tr w:rsidR="00240C15" w14:paraId="36935460" w14:textId="77777777" w:rsidTr="00081F22">
        <w:trPr>
          <w:jc w:val="center"/>
        </w:trPr>
        <w:tc>
          <w:tcPr>
            <w:tcW w:w="113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6D6181" w14:textId="77777777" w:rsidR="00240C15" w:rsidRPr="00240C15" w:rsidRDefault="00240C15">
            <w:pPr>
              <w:jc w:val="center"/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SZ-34</w:t>
            </w:r>
          </w:p>
        </w:tc>
        <w:tc>
          <w:tcPr>
            <w:tcW w:w="43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427885" w14:textId="77777777" w:rsidR="00240C15" w:rsidRPr="00240C15" w:rsidRDefault="00240C15">
            <w:pPr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Stowarzyszenie Aktywni dla Regionu</w:t>
            </w:r>
          </w:p>
        </w:tc>
        <w:tc>
          <w:tcPr>
            <w:tcW w:w="14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16341A" w14:textId="77777777" w:rsidR="00240C15" w:rsidRPr="00240C15" w:rsidRDefault="00240C15">
            <w:pPr>
              <w:jc w:val="center"/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17.10.2022</w:t>
            </w:r>
          </w:p>
        </w:tc>
        <w:tc>
          <w:tcPr>
            <w:tcW w:w="26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D97C40" w14:textId="77777777" w:rsidR="00240C15" w:rsidRPr="00240C15" w:rsidRDefault="00240C15" w:rsidP="00081F22">
            <w:pPr>
              <w:jc w:val="center"/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ul. Nastrojowa 25</w:t>
            </w:r>
            <w:r w:rsidRPr="00240C15">
              <w:rPr>
                <w:rFonts w:ascii="Calibri" w:hAnsi="Calibri" w:cs="Calibri"/>
                <w:sz w:val="22"/>
              </w:rPr>
              <w:br/>
              <w:t>86-021 Maksymilianowo</w:t>
            </w:r>
          </w:p>
        </w:tc>
      </w:tr>
      <w:tr w:rsidR="00240C15" w14:paraId="07EACDE9" w14:textId="77777777" w:rsidTr="00081F22">
        <w:trPr>
          <w:jc w:val="center"/>
        </w:trPr>
        <w:tc>
          <w:tcPr>
            <w:tcW w:w="113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18C2E3" w14:textId="77777777" w:rsidR="00240C15" w:rsidRPr="00240C15" w:rsidRDefault="00240C15">
            <w:pPr>
              <w:jc w:val="center"/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SZ-45</w:t>
            </w:r>
          </w:p>
        </w:tc>
        <w:tc>
          <w:tcPr>
            <w:tcW w:w="43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F965DE" w14:textId="77777777" w:rsidR="00240C15" w:rsidRPr="00240C15" w:rsidRDefault="00240C15">
            <w:pPr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Akademicki Klub Żeglarski „Szkuner”</w:t>
            </w:r>
          </w:p>
        </w:tc>
        <w:tc>
          <w:tcPr>
            <w:tcW w:w="14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C5C299" w14:textId="77777777" w:rsidR="00240C15" w:rsidRPr="00240C15" w:rsidRDefault="00240C15">
            <w:pPr>
              <w:jc w:val="center"/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25.09.2023</w:t>
            </w:r>
          </w:p>
        </w:tc>
        <w:tc>
          <w:tcPr>
            <w:tcW w:w="26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C75653" w14:textId="77777777" w:rsidR="00240C15" w:rsidRPr="00240C15" w:rsidRDefault="00240C15" w:rsidP="00081F22">
            <w:pPr>
              <w:jc w:val="center"/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ul. Chabrowa 7</w:t>
            </w:r>
            <w:r w:rsidRPr="00240C15">
              <w:rPr>
                <w:rFonts w:ascii="Calibri" w:hAnsi="Calibri" w:cs="Calibri"/>
                <w:sz w:val="22"/>
              </w:rPr>
              <w:br/>
              <w:t>86-031 Osielsko</w:t>
            </w:r>
          </w:p>
        </w:tc>
      </w:tr>
      <w:tr w:rsidR="00240C15" w14:paraId="6077D4C9" w14:textId="77777777" w:rsidTr="00081F22">
        <w:trPr>
          <w:jc w:val="center"/>
        </w:trPr>
        <w:tc>
          <w:tcPr>
            <w:tcW w:w="113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EA1F10" w14:textId="77777777" w:rsidR="00240C15" w:rsidRPr="00240C15" w:rsidRDefault="00240C15">
            <w:pPr>
              <w:jc w:val="center"/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SZ-48</w:t>
            </w:r>
          </w:p>
        </w:tc>
        <w:tc>
          <w:tcPr>
            <w:tcW w:w="43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B6843A" w14:textId="77777777" w:rsidR="00240C15" w:rsidRPr="00240C15" w:rsidRDefault="00240C15">
            <w:pPr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Stowarzyszenie Zielone Osiedle Niemcz</w:t>
            </w:r>
          </w:p>
        </w:tc>
        <w:tc>
          <w:tcPr>
            <w:tcW w:w="14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FB6FA0" w14:textId="77777777" w:rsidR="00240C15" w:rsidRPr="00240C15" w:rsidRDefault="00240C15">
            <w:pPr>
              <w:jc w:val="center"/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18.12.2023</w:t>
            </w:r>
          </w:p>
        </w:tc>
        <w:tc>
          <w:tcPr>
            <w:tcW w:w="26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F61CB3" w14:textId="77777777" w:rsidR="00240C15" w:rsidRPr="00240C15" w:rsidRDefault="00240C15" w:rsidP="00081F22">
            <w:pPr>
              <w:jc w:val="center"/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ul. Bajkowa 42</w:t>
            </w:r>
            <w:r w:rsidRPr="00240C15">
              <w:rPr>
                <w:rFonts w:ascii="Calibri" w:hAnsi="Calibri" w:cs="Calibri"/>
                <w:sz w:val="22"/>
              </w:rPr>
              <w:br/>
              <w:t>86-032 Niemcz</w:t>
            </w:r>
          </w:p>
        </w:tc>
      </w:tr>
      <w:tr w:rsidR="00240C15" w14:paraId="107A53DF" w14:textId="77777777" w:rsidTr="00081F22">
        <w:trPr>
          <w:jc w:val="center"/>
        </w:trPr>
        <w:tc>
          <w:tcPr>
            <w:tcW w:w="113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2B0AA5" w14:textId="77777777" w:rsidR="00240C15" w:rsidRPr="00240C15" w:rsidRDefault="00240C15">
            <w:pPr>
              <w:jc w:val="center"/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SZ-49</w:t>
            </w:r>
          </w:p>
        </w:tc>
        <w:tc>
          <w:tcPr>
            <w:tcW w:w="43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443DCC" w14:textId="77777777" w:rsidR="00240C15" w:rsidRPr="00240C15" w:rsidRDefault="00240C15">
            <w:pPr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Dzieciaki.org</w:t>
            </w:r>
          </w:p>
        </w:tc>
        <w:tc>
          <w:tcPr>
            <w:tcW w:w="14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039DA4" w14:textId="77777777" w:rsidR="00240C15" w:rsidRPr="00240C15" w:rsidRDefault="00240C15">
            <w:pPr>
              <w:jc w:val="center"/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22.01.2024</w:t>
            </w:r>
          </w:p>
        </w:tc>
        <w:tc>
          <w:tcPr>
            <w:tcW w:w="26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C370F3" w14:textId="77777777" w:rsidR="00240C15" w:rsidRPr="00240C15" w:rsidRDefault="00240C15" w:rsidP="00081F22">
            <w:pPr>
              <w:jc w:val="center"/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ul. Bydgoska 47</w:t>
            </w:r>
            <w:r w:rsidRPr="00240C15">
              <w:rPr>
                <w:rFonts w:ascii="Calibri" w:hAnsi="Calibri" w:cs="Calibri"/>
                <w:sz w:val="22"/>
              </w:rPr>
              <w:br/>
              <w:t>86-032 Niemcz</w:t>
            </w:r>
          </w:p>
        </w:tc>
      </w:tr>
      <w:tr w:rsidR="00240C15" w14:paraId="24DE685E" w14:textId="77777777" w:rsidTr="00081F22">
        <w:trPr>
          <w:jc w:val="center"/>
        </w:trPr>
        <w:tc>
          <w:tcPr>
            <w:tcW w:w="113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F044E3" w14:textId="77777777" w:rsidR="00240C15" w:rsidRPr="00240C15" w:rsidRDefault="00240C15">
            <w:pPr>
              <w:jc w:val="center"/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SZ-55</w:t>
            </w:r>
          </w:p>
        </w:tc>
        <w:tc>
          <w:tcPr>
            <w:tcW w:w="43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8F9F1D" w14:textId="77777777" w:rsidR="00240C15" w:rsidRPr="00240C15" w:rsidRDefault="00240C15">
            <w:pPr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Stowarzyszenie Kobiet Biznesu Osielsko</w:t>
            </w:r>
          </w:p>
        </w:tc>
        <w:tc>
          <w:tcPr>
            <w:tcW w:w="14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D815E5" w14:textId="77777777" w:rsidR="00240C15" w:rsidRPr="00240C15" w:rsidRDefault="00240C15">
            <w:pPr>
              <w:jc w:val="center"/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26.08.2024</w:t>
            </w:r>
          </w:p>
        </w:tc>
        <w:tc>
          <w:tcPr>
            <w:tcW w:w="26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CCBD7E" w14:textId="77777777" w:rsidR="00240C15" w:rsidRPr="00240C15" w:rsidRDefault="00240C15" w:rsidP="00081F22">
            <w:pPr>
              <w:jc w:val="center"/>
              <w:rPr>
                <w:rFonts w:ascii="Calibri" w:hAnsi="Calibri" w:cs="Calibri"/>
                <w:sz w:val="22"/>
              </w:rPr>
            </w:pPr>
            <w:r w:rsidRPr="00240C15">
              <w:rPr>
                <w:rFonts w:ascii="Calibri" w:hAnsi="Calibri" w:cs="Calibri"/>
                <w:sz w:val="22"/>
              </w:rPr>
              <w:t>ul. Giżycka 12</w:t>
            </w:r>
            <w:r w:rsidRPr="00240C15">
              <w:rPr>
                <w:rFonts w:ascii="Calibri" w:hAnsi="Calibri" w:cs="Calibri"/>
                <w:sz w:val="22"/>
              </w:rPr>
              <w:br/>
              <w:t>86-031 Niwy</w:t>
            </w:r>
          </w:p>
        </w:tc>
      </w:tr>
    </w:tbl>
    <w:p w14:paraId="0C692AC8" w14:textId="77777777" w:rsidR="00240C15" w:rsidRDefault="00240C15">
      <w:pPr>
        <w:spacing w:before="160"/>
        <w:rPr>
          <w:rFonts w:ascii="Calibri" w:hAnsi="Calibri" w:cs="Calibri"/>
          <w:b/>
          <w:sz w:val="22"/>
        </w:rPr>
      </w:pPr>
    </w:p>
    <w:p w14:paraId="0356B080" w14:textId="34EBF92B" w:rsidR="00C70AEB" w:rsidRPr="00240C15" w:rsidRDefault="00000000" w:rsidP="00240C15">
      <w:pPr>
        <w:spacing w:before="160"/>
        <w:ind w:left="426"/>
        <w:jc w:val="both"/>
        <w:rPr>
          <w:rFonts w:ascii="Calibri" w:hAnsi="Calibri" w:cs="Calibri"/>
          <w:sz w:val="22"/>
        </w:rPr>
      </w:pPr>
      <w:proofErr w:type="spellStart"/>
      <w:r w:rsidRPr="00240C15">
        <w:rPr>
          <w:rFonts w:ascii="Calibri" w:hAnsi="Calibri" w:cs="Calibri"/>
          <w:b/>
          <w:sz w:val="22"/>
        </w:rPr>
        <w:t>Uwaga</w:t>
      </w:r>
      <w:proofErr w:type="spellEnd"/>
      <w:r w:rsidRPr="00240C15">
        <w:rPr>
          <w:rFonts w:ascii="Calibri" w:hAnsi="Calibri" w:cs="Calibri"/>
          <w:b/>
          <w:sz w:val="22"/>
        </w:rPr>
        <w:t xml:space="preserve">: </w:t>
      </w:r>
      <w:proofErr w:type="spellStart"/>
      <w:r w:rsidRPr="00240C15">
        <w:rPr>
          <w:rFonts w:ascii="Calibri" w:hAnsi="Calibri" w:cs="Calibri"/>
          <w:sz w:val="22"/>
        </w:rPr>
        <w:t>Wykaz</w:t>
      </w:r>
      <w:proofErr w:type="spellEnd"/>
      <w:r w:rsidRPr="00240C15">
        <w:rPr>
          <w:rFonts w:ascii="Calibri" w:hAnsi="Calibri" w:cs="Calibri"/>
          <w:sz w:val="22"/>
        </w:rPr>
        <w:t xml:space="preserve"> ma </w:t>
      </w:r>
      <w:proofErr w:type="spellStart"/>
      <w:r w:rsidRPr="00240C15">
        <w:rPr>
          <w:rFonts w:ascii="Calibri" w:hAnsi="Calibri" w:cs="Calibri"/>
          <w:sz w:val="22"/>
        </w:rPr>
        <w:t>charakter</w:t>
      </w:r>
      <w:proofErr w:type="spellEnd"/>
      <w:r w:rsidRPr="00240C15">
        <w:rPr>
          <w:rFonts w:ascii="Calibri" w:hAnsi="Calibri" w:cs="Calibri"/>
          <w:sz w:val="22"/>
        </w:rPr>
        <w:t xml:space="preserve"> </w:t>
      </w:r>
      <w:proofErr w:type="spellStart"/>
      <w:r w:rsidRPr="00240C15">
        <w:rPr>
          <w:rFonts w:ascii="Calibri" w:hAnsi="Calibri" w:cs="Calibri"/>
          <w:sz w:val="22"/>
        </w:rPr>
        <w:t>informacyjny</w:t>
      </w:r>
      <w:proofErr w:type="spellEnd"/>
      <w:r w:rsidRPr="00240C15">
        <w:rPr>
          <w:rFonts w:ascii="Calibri" w:hAnsi="Calibri" w:cs="Calibri"/>
          <w:sz w:val="22"/>
        </w:rPr>
        <w:t xml:space="preserve">. </w:t>
      </w:r>
      <w:proofErr w:type="spellStart"/>
      <w:r w:rsidRPr="00240C15">
        <w:rPr>
          <w:rFonts w:ascii="Calibri" w:hAnsi="Calibri" w:cs="Calibri"/>
          <w:sz w:val="22"/>
        </w:rPr>
        <w:t>Pełna</w:t>
      </w:r>
      <w:proofErr w:type="spellEnd"/>
      <w:r w:rsidRPr="00240C15">
        <w:rPr>
          <w:rFonts w:ascii="Calibri" w:hAnsi="Calibri" w:cs="Calibri"/>
          <w:sz w:val="22"/>
        </w:rPr>
        <w:t xml:space="preserve"> </w:t>
      </w:r>
      <w:proofErr w:type="spellStart"/>
      <w:r w:rsidRPr="00240C15">
        <w:rPr>
          <w:rFonts w:ascii="Calibri" w:hAnsi="Calibri" w:cs="Calibri"/>
          <w:sz w:val="22"/>
        </w:rPr>
        <w:t>ewidencja</w:t>
      </w:r>
      <w:proofErr w:type="spellEnd"/>
      <w:r w:rsidRPr="00240C15">
        <w:rPr>
          <w:rFonts w:ascii="Calibri" w:hAnsi="Calibri" w:cs="Calibri"/>
          <w:sz w:val="22"/>
        </w:rPr>
        <w:t xml:space="preserve"> </w:t>
      </w:r>
      <w:proofErr w:type="spellStart"/>
      <w:r w:rsidRPr="00240C15">
        <w:rPr>
          <w:rFonts w:ascii="Calibri" w:hAnsi="Calibri" w:cs="Calibri"/>
          <w:sz w:val="22"/>
        </w:rPr>
        <w:t>stowarzyszeń</w:t>
      </w:r>
      <w:proofErr w:type="spellEnd"/>
      <w:r w:rsidRPr="00240C15">
        <w:rPr>
          <w:rFonts w:ascii="Calibri" w:hAnsi="Calibri" w:cs="Calibri"/>
          <w:sz w:val="22"/>
        </w:rPr>
        <w:t xml:space="preserve"> </w:t>
      </w:r>
      <w:proofErr w:type="spellStart"/>
      <w:r w:rsidRPr="00240C15">
        <w:rPr>
          <w:rFonts w:ascii="Calibri" w:hAnsi="Calibri" w:cs="Calibri"/>
          <w:sz w:val="22"/>
        </w:rPr>
        <w:t>zwykłych</w:t>
      </w:r>
      <w:proofErr w:type="spellEnd"/>
      <w:r w:rsidRPr="00240C15">
        <w:rPr>
          <w:rFonts w:ascii="Calibri" w:hAnsi="Calibri" w:cs="Calibri"/>
          <w:sz w:val="22"/>
        </w:rPr>
        <w:t xml:space="preserve"> </w:t>
      </w:r>
      <w:proofErr w:type="spellStart"/>
      <w:r w:rsidRPr="00240C15">
        <w:rPr>
          <w:rFonts w:ascii="Calibri" w:hAnsi="Calibri" w:cs="Calibri"/>
          <w:sz w:val="22"/>
        </w:rPr>
        <w:t>prowadzona</w:t>
      </w:r>
      <w:proofErr w:type="spellEnd"/>
      <w:r w:rsidRPr="00240C15">
        <w:rPr>
          <w:rFonts w:ascii="Calibri" w:hAnsi="Calibri" w:cs="Calibri"/>
          <w:sz w:val="22"/>
        </w:rPr>
        <w:t xml:space="preserve"> jest</w:t>
      </w:r>
      <w:r w:rsidR="00240C15">
        <w:rPr>
          <w:rFonts w:ascii="Calibri" w:hAnsi="Calibri" w:cs="Calibri"/>
          <w:sz w:val="22"/>
        </w:rPr>
        <w:t xml:space="preserve"> </w:t>
      </w:r>
      <w:proofErr w:type="spellStart"/>
      <w:r w:rsidRPr="00240C15">
        <w:rPr>
          <w:rFonts w:ascii="Calibri" w:hAnsi="Calibri" w:cs="Calibri"/>
          <w:sz w:val="22"/>
        </w:rPr>
        <w:t>przez</w:t>
      </w:r>
      <w:proofErr w:type="spellEnd"/>
      <w:r w:rsidRPr="00240C15">
        <w:rPr>
          <w:rFonts w:ascii="Calibri" w:hAnsi="Calibri" w:cs="Calibri"/>
          <w:sz w:val="22"/>
        </w:rPr>
        <w:t xml:space="preserve"> </w:t>
      </w:r>
      <w:proofErr w:type="spellStart"/>
      <w:r w:rsidRPr="00240C15">
        <w:rPr>
          <w:rFonts w:ascii="Calibri" w:hAnsi="Calibri" w:cs="Calibri"/>
          <w:sz w:val="22"/>
        </w:rPr>
        <w:t>Starostę</w:t>
      </w:r>
      <w:proofErr w:type="spellEnd"/>
      <w:r w:rsidRPr="00240C15">
        <w:rPr>
          <w:rFonts w:ascii="Calibri" w:hAnsi="Calibri" w:cs="Calibri"/>
          <w:sz w:val="22"/>
        </w:rPr>
        <w:t xml:space="preserve"> </w:t>
      </w:r>
      <w:proofErr w:type="spellStart"/>
      <w:r w:rsidRPr="00240C15">
        <w:rPr>
          <w:rFonts w:ascii="Calibri" w:hAnsi="Calibri" w:cs="Calibri"/>
          <w:sz w:val="22"/>
        </w:rPr>
        <w:t>Bydgoskiego</w:t>
      </w:r>
      <w:proofErr w:type="spellEnd"/>
      <w:r w:rsidRPr="00240C15">
        <w:rPr>
          <w:rFonts w:ascii="Calibri" w:hAnsi="Calibri" w:cs="Calibri"/>
          <w:sz w:val="22"/>
        </w:rPr>
        <w:t xml:space="preserve">. </w:t>
      </w:r>
    </w:p>
    <w:sectPr w:rsidR="00C70AEB" w:rsidRPr="00240C15" w:rsidSect="00034616">
      <w:pgSz w:w="12240" w:h="15840"/>
      <w:pgMar w:top="1020" w:right="850" w:bottom="102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6699239">
    <w:abstractNumId w:val="8"/>
  </w:num>
  <w:num w:numId="2" w16cid:durableId="1973830714">
    <w:abstractNumId w:val="6"/>
  </w:num>
  <w:num w:numId="3" w16cid:durableId="1233660510">
    <w:abstractNumId w:val="5"/>
  </w:num>
  <w:num w:numId="4" w16cid:durableId="1192918533">
    <w:abstractNumId w:val="4"/>
  </w:num>
  <w:num w:numId="5" w16cid:durableId="1807696885">
    <w:abstractNumId w:val="7"/>
  </w:num>
  <w:num w:numId="6" w16cid:durableId="897521481">
    <w:abstractNumId w:val="3"/>
  </w:num>
  <w:num w:numId="7" w16cid:durableId="1825512784">
    <w:abstractNumId w:val="2"/>
  </w:num>
  <w:num w:numId="8" w16cid:durableId="639382119">
    <w:abstractNumId w:val="1"/>
  </w:num>
  <w:num w:numId="9" w16cid:durableId="850485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1F22"/>
    <w:rsid w:val="0015074B"/>
    <w:rsid w:val="00240C15"/>
    <w:rsid w:val="0029639D"/>
    <w:rsid w:val="00326F90"/>
    <w:rsid w:val="00AA1D8D"/>
    <w:rsid w:val="00B47730"/>
    <w:rsid w:val="00C70AEB"/>
    <w:rsid w:val="00CB0664"/>
    <w:rsid w:val="00E875DB"/>
    <w:rsid w:val="00EF40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1E8083"/>
  <w14:defaultImageDpi w14:val="300"/>
  <w15:docId w15:val="{0CB6325A-6AED-40A1-8994-B345736D4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Ewelina Leśniewska</cp:lastModifiedBy>
  <cp:revision>4</cp:revision>
  <dcterms:created xsi:type="dcterms:W3CDTF">2013-12-23T23:15:00Z</dcterms:created>
  <dcterms:modified xsi:type="dcterms:W3CDTF">2026-10-05T10:16:00Z</dcterms:modified>
  <cp:category/>
</cp:coreProperties>
</file>