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8013" w14:textId="77777777" w:rsidR="00096AA1" w:rsidRPr="0023047A" w:rsidRDefault="00000000">
      <w:pPr>
        <w:jc w:val="center"/>
        <w:rPr>
          <w:rFonts w:ascii="Calibri" w:hAnsi="Calibri" w:cs="Calibri"/>
          <w:color w:val="000000" w:themeColor="text1"/>
          <w:sz w:val="22"/>
        </w:rPr>
      </w:pPr>
      <w:r w:rsidRPr="0023047A">
        <w:rPr>
          <w:rFonts w:ascii="Calibri" w:hAnsi="Calibri" w:cs="Calibri"/>
          <w:b/>
          <w:color w:val="000000" w:themeColor="text1"/>
          <w:sz w:val="22"/>
        </w:rPr>
        <w:t>UCZNIOWSKIE KLUBY SPORTOWE</w:t>
      </w:r>
      <w:r w:rsidRPr="0023047A">
        <w:rPr>
          <w:rFonts w:ascii="Calibri" w:hAnsi="Calibri" w:cs="Calibri"/>
          <w:b/>
          <w:color w:val="000000" w:themeColor="text1"/>
          <w:sz w:val="22"/>
        </w:rPr>
        <w:br/>
        <w:t>Z TERENU GMINY OSIELSKO</w:t>
      </w:r>
    </w:p>
    <w:p w14:paraId="78D7573A" w14:textId="77777777" w:rsidR="00096AA1" w:rsidRPr="0023047A" w:rsidRDefault="00000000">
      <w:pPr>
        <w:jc w:val="center"/>
        <w:rPr>
          <w:rFonts w:ascii="Calibri" w:hAnsi="Calibri" w:cs="Calibri"/>
          <w:color w:val="000000" w:themeColor="text1"/>
          <w:sz w:val="22"/>
        </w:rPr>
      </w:pPr>
      <w:r w:rsidRPr="0023047A">
        <w:rPr>
          <w:rFonts w:ascii="Calibri" w:hAnsi="Calibri" w:cs="Calibri"/>
          <w:i/>
          <w:color w:val="000000" w:themeColor="text1"/>
          <w:sz w:val="22"/>
        </w:rPr>
        <w:t>Wykaz na podstawie ewidencji prowadzonej przez Starostę Bydgoskiego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3628"/>
        <w:gridCol w:w="1247"/>
        <w:gridCol w:w="1701"/>
        <w:gridCol w:w="2751"/>
        <w:gridCol w:w="4198"/>
      </w:tblGrid>
      <w:tr w:rsidR="006419DC" w:rsidRPr="006419DC" w14:paraId="4440FF72" w14:textId="77777777" w:rsidTr="0023047A">
        <w:trPr>
          <w:jc w:val="center"/>
        </w:trPr>
        <w:tc>
          <w:tcPr>
            <w:tcW w:w="1134" w:type="dxa"/>
            <w:shd w:val="clear" w:color="auto" w:fill="92D050"/>
            <w:vAlign w:val="center"/>
          </w:tcPr>
          <w:p w14:paraId="783A55DC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b/>
                <w:sz w:val="22"/>
              </w:rPr>
              <w:t xml:space="preserve">Nr </w:t>
            </w:r>
            <w:proofErr w:type="spellStart"/>
            <w:r w:rsidRPr="006419DC">
              <w:rPr>
                <w:rFonts w:ascii="Calibri" w:hAnsi="Calibri" w:cs="Calibri"/>
                <w:b/>
                <w:sz w:val="22"/>
              </w:rPr>
              <w:t>ewidencji</w:t>
            </w:r>
            <w:proofErr w:type="spellEnd"/>
          </w:p>
        </w:tc>
        <w:tc>
          <w:tcPr>
            <w:tcW w:w="3628" w:type="dxa"/>
            <w:shd w:val="clear" w:color="auto" w:fill="92D050"/>
            <w:vAlign w:val="center"/>
          </w:tcPr>
          <w:p w14:paraId="70FCDA9F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b/>
                <w:sz w:val="22"/>
              </w:rPr>
              <w:t>Nazwa klubu</w:t>
            </w:r>
          </w:p>
        </w:tc>
        <w:tc>
          <w:tcPr>
            <w:tcW w:w="1247" w:type="dxa"/>
            <w:shd w:val="clear" w:color="auto" w:fill="92D050"/>
            <w:vAlign w:val="center"/>
          </w:tcPr>
          <w:p w14:paraId="2F5BEFC9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b/>
                <w:sz w:val="22"/>
              </w:rPr>
              <w:t>Data wpisu</w:t>
            </w:r>
          </w:p>
        </w:tc>
        <w:tc>
          <w:tcPr>
            <w:tcW w:w="1701" w:type="dxa"/>
            <w:shd w:val="clear" w:color="auto" w:fill="92D050"/>
            <w:vAlign w:val="center"/>
          </w:tcPr>
          <w:p w14:paraId="750ACCC1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b/>
                <w:sz w:val="22"/>
              </w:rPr>
              <w:t>Miejscowość</w:t>
            </w:r>
          </w:p>
        </w:tc>
        <w:tc>
          <w:tcPr>
            <w:tcW w:w="2751" w:type="dxa"/>
            <w:shd w:val="clear" w:color="auto" w:fill="92D050"/>
            <w:vAlign w:val="center"/>
          </w:tcPr>
          <w:p w14:paraId="1342D38B" w14:textId="5C69D05E" w:rsidR="006419DC" w:rsidRPr="006419DC" w:rsidRDefault="006419DC" w:rsidP="006419DC">
            <w:pPr>
              <w:jc w:val="center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E-mail</w:t>
            </w:r>
          </w:p>
        </w:tc>
        <w:tc>
          <w:tcPr>
            <w:tcW w:w="4198" w:type="dxa"/>
            <w:shd w:val="clear" w:color="auto" w:fill="92D050"/>
            <w:vAlign w:val="center"/>
          </w:tcPr>
          <w:p w14:paraId="3A5E070B" w14:textId="374A909F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b/>
                <w:sz w:val="22"/>
              </w:rPr>
              <w:t xml:space="preserve">Strona </w:t>
            </w:r>
            <w:proofErr w:type="spellStart"/>
            <w:r w:rsidRPr="006419DC">
              <w:rPr>
                <w:rFonts w:ascii="Calibri" w:hAnsi="Calibri" w:cs="Calibri"/>
                <w:b/>
                <w:sz w:val="22"/>
              </w:rPr>
              <w:t>internetowa</w:t>
            </w:r>
            <w:proofErr w:type="spellEnd"/>
            <w:r w:rsidR="00372E40">
              <w:rPr>
                <w:rFonts w:ascii="Calibri" w:hAnsi="Calibri" w:cs="Calibri"/>
                <w:b/>
                <w:sz w:val="22"/>
              </w:rPr>
              <w:t>/Facebook</w:t>
            </w:r>
          </w:p>
        </w:tc>
      </w:tr>
      <w:tr w:rsidR="006419DC" w:rsidRPr="006419DC" w14:paraId="43D9BF9D" w14:textId="77777777" w:rsidTr="0023047A">
        <w:trPr>
          <w:jc w:val="center"/>
        </w:trPr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49913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UKS-8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12D84" w14:textId="77777777" w:rsidR="006419DC" w:rsidRPr="0023047A" w:rsidRDefault="006419DC">
            <w:pPr>
              <w:rPr>
                <w:rFonts w:ascii="Calibri" w:hAnsi="Calibri" w:cs="Calibri"/>
                <w:bCs/>
                <w:sz w:val="22"/>
              </w:rPr>
            </w:pPr>
            <w:r w:rsidRPr="0023047A">
              <w:rPr>
                <w:rFonts w:ascii="Calibri" w:hAnsi="Calibri" w:cs="Calibri"/>
                <w:bCs/>
                <w:sz w:val="22"/>
              </w:rPr>
              <w:t>Uczniowski Klub Sportowy „Mustang” Żołędowo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C02F5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29.03.2000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A6152" w14:textId="0F138DA8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6419DC">
              <w:rPr>
                <w:rFonts w:ascii="Calibri" w:hAnsi="Calibri" w:cs="Calibri"/>
                <w:sz w:val="22"/>
              </w:rPr>
              <w:t>Żołędowo</w:t>
            </w:r>
            <w:proofErr w:type="spellEnd"/>
          </w:p>
        </w:tc>
        <w:tc>
          <w:tcPr>
            <w:tcW w:w="2751" w:type="dxa"/>
            <w:vAlign w:val="center"/>
          </w:tcPr>
          <w:p w14:paraId="53862E2B" w14:textId="10186202" w:rsidR="006419DC" w:rsidRDefault="006419DC" w:rsidP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klubmustang@op.pl</w:t>
            </w:r>
          </w:p>
        </w:tc>
        <w:tc>
          <w:tcPr>
            <w:tcW w:w="41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46B6C" w14:textId="05BA34BF" w:rsidR="006419DC" w:rsidRPr="006419DC" w:rsidRDefault="006419DC">
            <w:pPr>
              <w:rPr>
                <w:rFonts w:ascii="Calibri" w:hAnsi="Calibri" w:cs="Calibri"/>
                <w:sz w:val="22"/>
              </w:rPr>
            </w:pPr>
            <w:hyperlink r:id="rId6" w:history="1">
              <w:r w:rsidRPr="006419DC">
                <w:rPr>
                  <w:rStyle w:val="Hipercze"/>
                  <w:rFonts w:ascii="Calibri" w:hAnsi="Calibri" w:cs="Calibri"/>
                  <w:sz w:val="22"/>
                </w:rPr>
                <w:t>https://www.facebook.com/profile.php?id=100057549553778</w:t>
              </w:r>
            </w:hyperlink>
          </w:p>
        </w:tc>
      </w:tr>
      <w:tr w:rsidR="006419DC" w:rsidRPr="006419DC" w14:paraId="6EC3CEB1" w14:textId="77777777" w:rsidTr="0023047A">
        <w:trPr>
          <w:jc w:val="center"/>
        </w:trPr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8B86A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UKS-18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76DD5" w14:textId="77777777" w:rsidR="006419DC" w:rsidRPr="0023047A" w:rsidRDefault="006419DC">
            <w:pPr>
              <w:rPr>
                <w:rFonts w:ascii="Calibri" w:hAnsi="Calibri" w:cs="Calibri"/>
                <w:bCs/>
                <w:sz w:val="22"/>
              </w:rPr>
            </w:pPr>
            <w:r w:rsidRPr="0023047A">
              <w:rPr>
                <w:rFonts w:ascii="Calibri" w:hAnsi="Calibri" w:cs="Calibri"/>
                <w:bCs/>
                <w:sz w:val="22"/>
              </w:rPr>
              <w:t>Parafialny Uczniowski Klub Sportowy „MAX” w Maksymilianowie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D6E7B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14.02.2000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41FF5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Maksymilianowo</w:t>
            </w:r>
          </w:p>
        </w:tc>
        <w:tc>
          <w:tcPr>
            <w:tcW w:w="2751" w:type="dxa"/>
            <w:vAlign w:val="center"/>
          </w:tcPr>
          <w:p w14:paraId="48B1CE14" w14:textId="1246474B" w:rsidR="006419DC" w:rsidRPr="006419DC" w:rsidRDefault="006419DC" w:rsidP="006419DC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41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AA11F" w14:textId="01234ABC" w:rsidR="006419DC" w:rsidRPr="006419DC" w:rsidRDefault="00372E40" w:rsidP="00372E40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6419DC" w:rsidRPr="006419DC" w14:paraId="102EE930" w14:textId="77777777" w:rsidTr="0023047A">
        <w:trPr>
          <w:jc w:val="center"/>
        </w:trPr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D517D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UKS-33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C058D" w14:textId="343903B5" w:rsidR="006419DC" w:rsidRPr="0023047A" w:rsidRDefault="006419DC">
            <w:pPr>
              <w:rPr>
                <w:rFonts w:ascii="Calibri" w:hAnsi="Calibri" w:cs="Calibri"/>
                <w:bCs/>
                <w:sz w:val="22"/>
              </w:rPr>
            </w:pPr>
            <w:r w:rsidRPr="0023047A">
              <w:rPr>
                <w:rFonts w:ascii="Calibri" w:hAnsi="Calibri" w:cs="Calibri"/>
                <w:bCs/>
                <w:sz w:val="22"/>
              </w:rPr>
              <w:t xml:space="preserve">Międzyszkolny Uczniowski Klub Sportowy Niemcz 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D9D3B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28.04.2006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5C450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Niemcz</w:t>
            </w:r>
          </w:p>
        </w:tc>
        <w:tc>
          <w:tcPr>
            <w:tcW w:w="2751" w:type="dxa"/>
            <w:vAlign w:val="center"/>
          </w:tcPr>
          <w:p w14:paraId="52386D52" w14:textId="0A501671" w:rsidR="006419DC" w:rsidRPr="006419DC" w:rsidRDefault="006419DC" w:rsidP="006419DC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41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90FC5" w14:textId="576D7181" w:rsidR="006419DC" w:rsidRPr="006419DC" w:rsidRDefault="00372E40" w:rsidP="00372E40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6419DC" w:rsidRPr="006419DC" w14:paraId="0C5EC058" w14:textId="77777777" w:rsidTr="0023047A">
        <w:trPr>
          <w:jc w:val="center"/>
        </w:trPr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3B7EE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UKS-48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3FD48" w14:textId="77777777" w:rsidR="006419DC" w:rsidRPr="0023047A" w:rsidRDefault="006419DC">
            <w:pPr>
              <w:rPr>
                <w:rFonts w:ascii="Calibri" w:hAnsi="Calibri" w:cs="Calibri"/>
                <w:bCs/>
                <w:sz w:val="22"/>
              </w:rPr>
            </w:pPr>
            <w:r w:rsidRPr="0023047A">
              <w:rPr>
                <w:rFonts w:ascii="Calibri" w:hAnsi="Calibri" w:cs="Calibri"/>
                <w:bCs/>
                <w:sz w:val="22"/>
              </w:rPr>
              <w:t>Uczniowski Klub Sportowy „Szachy” Osielsko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86222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24.11.2021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9AE49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Osielsko</w:t>
            </w:r>
          </w:p>
        </w:tc>
        <w:tc>
          <w:tcPr>
            <w:tcW w:w="2751" w:type="dxa"/>
            <w:vAlign w:val="center"/>
          </w:tcPr>
          <w:p w14:paraId="7F7A9CDC" w14:textId="61C4B254" w:rsidR="006419DC" w:rsidRPr="006419DC" w:rsidRDefault="006419DC" w:rsidP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gornyjacek1@wp.pl</w:t>
            </w:r>
          </w:p>
        </w:tc>
        <w:tc>
          <w:tcPr>
            <w:tcW w:w="41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FEAC7" w14:textId="1B406440" w:rsidR="006419DC" w:rsidRPr="006419DC" w:rsidRDefault="006419DC">
            <w:pPr>
              <w:rPr>
                <w:rFonts w:ascii="Calibri" w:hAnsi="Calibri" w:cs="Calibri"/>
                <w:sz w:val="22"/>
              </w:rPr>
            </w:pPr>
            <w:hyperlink r:id="rId7" w:history="1">
              <w:r w:rsidRPr="006419DC">
                <w:rPr>
                  <w:rStyle w:val="Hipercze"/>
                  <w:rFonts w:ascii="Calibri" w:hAnsi="Calibri" w:cs="Calibri"/>
                  <w:sz w:val="22"/>
                </w:rPr>
                <w:t>https://www.facebook.com/SzachyOsielsko</w:t>
              </w:r>
            </w:hyperlink>
          </w:p>
        </w:tc>
      </w:tr>
      <w:tr w:rsidR="006419DC" w:rsidRPr="006419DC" w14:paraId="43B694E9" w14:textId="77777777" w:rsidTr="0023047A">
        <w:trPr>
          <w:jc w:val="center"/>
        </w:trPr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5A0C0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UKS-50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4A2BE" w14:textId="77777777" w:rsidR="006419DC" w:rsidRPr="0023047A" w:rsidRDefault="006419DC">
            <w:pPr>
              <w:rPr>
                <w:rFonts w:ascii="Calibri" w:hAnsi="Calibri" w:cs="Calibri"/>
                <w:bCs/>
                <w:sz w:val="22"/>
              </w:rPr>
            </w:pPr>
            <w:r w:rsidRPr="0023047A">
              <w:rPr>
                <w:rFonts w:ascii="Calibri" w:hAnsi="Calibri" w:cs="Calibri"/>
                <w:bCs/>
                <w:sz w:val="22"/>
              </w:rPr>
              <w:t>Uczniowski Klub Sportowy Rakiety Osielsko</w:t>
            </w:r>
          </w:p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42752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12.01.2022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53587" w14:textId="77777777" w:rsidR="006419DC" w:rsidRPr="006419DC" w:rsidRDefault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Osielsko</w:t>
            </w:r>
          </w:p>
        </w:tc>
        <w:tc>
          <w:tcPr>
            <w:tcW w:w="2751" w:type="dxa"/>
            <w:vAlign w:val="center"/>
          </w:tcPr>
          <w:p w14:paraId="4FBA1DB7" w14:textId="6FF3FF00" w:rsidR="006419DC" w:rsidRPr="006419DC" w:rsidRDefault="006419DC" w:rsidP="006419DC">
            <w:pPr>
              <w:jc w:val="center"/>
              <w:rPr>
                <w:rFonts w:ascii="Calibri" w:hAnsi="Calibri" w:cs="Calibri"/>
                <w:sz w:val="22"/>
              </w:rPr>
            </w:pPr>
            <w:r w:rsidRPr="006419DC">
              <w:rPr>
                <w:rFonts w:ascii="Calibri" w:hAnsi="Calibri" w:cs="Calibri"/>
                <w:sz w:val="22"/>
              </w:rPr>
              <w:t>rakietyosielsko@gmail.com</w:t>
            </w:r>
          </w:p>
        </w:tc>
        <w:tc>
          <w:tcPr>
            <w:tcW w:w="41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3537D" w14:textId="434BCF5A" w:rsidR="006419DC" w:rsidRPr="006419DC" w:rsidRDefault="006419DC">
            <w:pPr>
              <w:rPr>
                <w:rFonts w:ascii="Calibri" w:hAnsi="Calibri" w:cs="Calibri"/>
                <w:sz w:val="22"/>
              </w:rPr>
            </w:pPr>
            <w:hyperlink r:id="rId8" w:history="1">
              <w:r w:rsidRPr="006419DC">
                <w:rPr>
                  <w:rStyle w:val="Hipercze"/>
                  <w:rFonts w:ascii="Calibri" w:hAnsi="Calibri" w:cs="Calibri"/>
                  <w:sz w:val="22"/>
                </w:rPr>
                <w:t>https://www.facebook.com/rakietyosielsko</w:t>
              </w:r>
            </w:hyperlink>
          </w:p>
        </w:tc>
      </w:tr>
    </w:tbl>
    <w:p w14:paraId="4E7B98D1" w14:textId="2618567A" w:rsidR="00096AA1" w:rsidRPr="006419DC" w:rsidRDefault="00096AA1">
      <w:pPr>
        <w:spacing w:before="160" w:after="0"/>
        <w:rPr>
          <w:rFonts w:ascii="Calibri" w:hAnsi="Calibri" w:cs="Calibri"/>
          <w:sz w:val="22"/>
        </w:rPr>
      </w:pPr>
    </w:p>
    <w:sectPr w:rsidR="00096AA1" w:rsidRPr="006419DC" w:rsidSect="006419DC">
      <w:pgSz w:w="16838" w:h="11906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0769394">
    <w:abstractNumId w:val="8"/>
  </w:num>
  <w:num w:numId="2" w16cid:durableId="916476565">
    <w:abstractNumId w:val="6"/>
  </w:num>
  <w:num w:numId="3" w16cid:durableId="1207572294">
    <w:abstractNumId w:val="5"/>
  </w:num>
  <w:num w:numId="4" w16cid:durableId="177542277">
    <w:abstractNumId w:val="4"/>
  </w:num>
  <w:num w:numId="5" w16cid:durableId="101728020">
    <w:abstractNumId w:val="7"/>
  </w:num>
  <w:num w:numId="6" w16cid:durableId="1107116077">
    <w:abstractNumId w:val="3"/>
  </w:num>
  <w:num w:numId="7" w16cid:durableId="770511138">
    <w:abstractNumId w:val="2"/>
  </w:num>
  <w:num w:numId="8" w16cid:durableId="1147624456">
    <w:abstractNumId w:val="1"/>
  </w:num>
  <w:num w:numId="9" w16cid:durableId="2098626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AA1"/>
    <w:rsid w:val="0015074B"/>
    <w:rsid w:val="0023047A"/>
    <w:rsid w:val="0029639D"/>
    <w:rsid w:val="00326F90"/>
    <w:rsid w:val="00372E40"/>
    <w:rsid w:val="006419DC"/>
    <w:rsid w:val="009267D2"/>
    <w:rsid w:val="00AA1D8D"/>
    <w:rsid w:val="00B47730"/>
    <w:rsid w:val="00C7519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1CE0C"/>
  <w14:defaultImageDpi w14:val="300"/>
  <w15:docId w15:val="{9B2E6A7C-41ED-4CFB-AC17-10D17EAB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6419D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1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rakietyosielsko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acebook.com/SzachyOsielsk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profile.php?id=10005754955377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Leśniewska</cp:lastModifiedBy>
  <cp:revision>3</cp:revision>
  <dcterms:created xsi:type="dcterms:W3CDTF">2013-12-23T23:15:00Z</dcterms:created>
  <dcterms:modified xsi:type="dcterms:W3CDTF">2026-10-01T09:12:00Z</dcterms:modified>
  <cp:category/>
</cp:coreProperties>
</file>